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0"/>
        </w:rPr>
        <w:t>EMPOWERED YOUTH</w:t>
      </w:r>
    </w:p>
    <w:p>
      <w:pPr>
        <w:spacing w:after="40" w:before="0"/>
      </w:pPr>
      <w:r>
        <w:rPr>
          <w:rFonts w:ascii="Arial" w:hAnsi="Arial" w:cs="Arial"/>
          <w:b/>
          <w:i w:val="0"/>
          <w:color w:val="2B332C"/>
          <w:sz w:val="56"/>
        </w:rPr>
        <w:t>English Lessons Workbook</w:t>
      </w:r>
    </w:p>
    <w:p>
      <w:pPr>
        <w:spacing w:after="280" w:before="0"/>
      </w:pPr>
      <w:r>
        <w:rPr>
          <w:rFonts w:ascii="Arial" w:hAnsi="Arial" w:cs="Arial"/>
          <w:b w:val="0"/>
          <w:i w:val="0"/>
          <w:color w:val="6B746C"/>
          <w:sz w:val="32"/>
        </w:rPr>
        <w:t>English &lt;&gt; Arabic (العربية)</w:t>
      </w:r>
    </w:p>
    <w:p>
      <w:pPr>
        <w:spacing w:after="200" w:before="0"/>
      </w:pPr>
      <w:r>
        <w:rPr>
          <w:rFonts w:ascii="Arial" w:hAnsi="Arial" w:cs="Arial"/>
          <w:b w:val="0"/>
          <w:i w:val="0"/>
          <w:color w:val="6B746C"/>
          <w:sz w:val="22"/>
        </w:rPr>
        <w:t>Free English practice for refugee and immigrant youth. Six lessons with key phrases, practice tips, and conversations. Write your answers right in this workbook.</w:t>
      </w:r>
    </w:p>
    <w:p>
      <w:pPr>
        <w:spacing w:after="360" w:before="0"/>
      </w:pPr>
      <w:r>
        <w:rPr>
          <w:rFonts w:ascii="Arial" w:hAnsi="Arial" w:cs="Arial"/>
          <w:b w:val="0"/>
          <w:i w:val="0"/>
          <w:color w:val="6B746C"/>
          <w:sz w:val="18"/>
        </w:rPr>
        <w:t>empowered-youth.org  |  empoweredyouthcontact@gmail.com</w:t>
      </w:r>
    </w:p>
    <w:p>
      <w:pPr>
        <w:spacing w:after="120" w:before="0"/>
      </w:pPr>
      <w:r>
        <w:rPr>
          <w:rFonts w:ascii="Arial" w:hAnsi="Arial" w:cs="Arial"/>
          <w:b/>
          <w:i w:val="0"/>
          <w:color w:val="5C8262"/>
          <w:sz w:val="28"/>
        </w:rPr>
        <w:t>Contents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01  -  Introductions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02  -  At school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03  -  At the doctor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04  -  Ordering food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05  -  Asking for help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06  -  Making friends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01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Introductions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Meet someone new, say your name, where you're from, and how to be polite.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العربية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Hi, my name is ___.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مرحباً، اسمي ___.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from ___.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أنا من ___.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Nice to meet you.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تشرفت بلقائك.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How are you?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كيف حالك؟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___ years old.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عمري ___ عاماً.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Thank you.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شكراً.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Hi! I don't think we've met. What's your name?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مرحباً! لا أعتقد أننا التقينا. ما اسمك؟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Hi, my name is ___. Nice to meet you.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مرحباً، اسمي ___. تشرفت بلقائك.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Where are you from?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من أين أنت؟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I'm from ___. And you?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أنا من ___. وأنت؟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Fill the blanks (___) with your own name, country, or age, practice out loud.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املأ الفراغات (___) باسمك أو بلدك أو عمرك, تدرب بصوت عالٍ.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A smile and eye contact can carry the conversation while you find the words.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الابتسامة والتواصل البصري يمكن أن يحملا المحادثة بينما تبحث عن الكلمات.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you forget a word, it's okay to say 'How do you say ___ in English?'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إذا نسيت كلمة، لا بأس أن تقول 'كيف تقول ___ بالإنجليزية؟'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02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At school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Ask for the bathroom, the office, your classroom, and help with homework.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العربية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is the bathroom?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أين الحمام؟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don't understand. Can you repeat that?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لا أفهم. هل يمكنك إعادة ذلك؟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you help me with my homework?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هل يمكنك مساعدتي في واجبي؟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new here.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أنا جديد هنا.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is the office?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أين المكتب؟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Excuse me, I'm new here. Where is room 204?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عفواً، أنا جديد هنا. أين الغرفة 204؟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Go straight, then turn left. It's next to the library.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اذهب مباشرة ثم انعطف يساراً. إنها بجانب المكتبة.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Thank you so much!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شكراً جزيلاً!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Teachers want to help, asking questions is not rude in U.S. schools.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المعلمون يريدون المساعدة, طرح الأسئلة ليس وقاحة في المدارس الأمريكية.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Write new words in a small notebook or notes app right after class.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اكتب الكلمات الجديدة في دفتر صغير أو تطبيق ملاحظات مباشرة بعد الدرس.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you miss something, ask: 'Can you say that more slowly, please?'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إذا فاتك شيء، اسأل: 'هل يمكنك قول ذلك ببطء أكثر، من فضلك؟'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03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At the doctor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Describe pain, allergies, and your medical history in simple English.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العربية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don't feel well.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أنا لست بخير.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My head hurts.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رأسي يؤلمني.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allergic to peanuts.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أنا أعاني من حساسية الفول السوداني.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need to see a doctor.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أحتاج إلى رؤية طبيب.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I need medicine?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هل أحتاج إلى دواء؟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Hi, what brings you in today?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مرحباً، ما الذي جاء بك اليوم؟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I don't feel well. My throat hurts.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أنا لست بخير. حلقي يؤلمني.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How long have you felt this way?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منذ متى وأنت تشعر بهذا؟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You have the right to ask for a free interpreter at most clinics in the U.S.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لديك الحق في طلب مترجم مجاني في معظم العيادات في الولايات المتحدة.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Bring a list of any medicines you take, even on your phone.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أحضر قائمة بأي أدوية تتناولها، حتى لو على هاتفك.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Point to where it hurts if you don't know the word yet, that's okay.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أشر إلى المكان الذي يؤلمك إذا كنت لا تعرف الكلمة بعد, لا بأس بذلك.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04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Ordering food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Read a menu, order, ask about ingredients, and pay the bill.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العربية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I see the menu, please?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هل يمكنني رؤية القائمة من فضلك؟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would like a glass of water.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أريد كوباً من الماء.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Does this have meat?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هل يحتوي هذا على لحم؟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The check, please.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الحساب من فضلك.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In the U.S., tipping 15–20% at sit-down restaurants is normal.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في الولايات المتحدة، من الطبيعي ترك بقشيش بنسبة 15–20% في المطاعم.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Water and bread refills are usually free, just ask politely.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إعادة ملء الماء والخبز عادةً مجانية, فقط اطلبها بأدب.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something has an ingredient you can't eat, say 'I can't eat ___.'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إذا كان شيء يحتوي على مكوّن لا يمكنك أكله، قل 'لا أستطيع أكل ___.'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05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Asking for help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Phrases that work on the street, in a store, or at a government office.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العربية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Excuse me, can you help me?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عفواً، هل يمكنك مساعدتي؟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am lost.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أنا تائه.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How do I get to the bus stop?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كيف أصل إلى محطة الحافلات؟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you speak Spanish / Arabic / Dari / Pashto?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هل تتحدث العربية؟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In an emergency, dial 911, operators can connect a free translator.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في حالة الطوارئ، اتصل بـ 911, يمكن للمشغلين توصيلك بمترجم مجاني.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Most libraries offer free help with forms, internet, and even ESL classes.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معظم المكتبات تقدم مساعدة مجانية بالاستمارات والإنترنت وحتى دروس الإنجليزية.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Saying 'please' and 'thank you' goes a long way in any conversation.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قول 'من فضلك' و'شكراً' يحدث فرقاً كبيراً في أي محادثة.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06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Making friends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Small talk, invitations, and getting to know people in a new place.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العربية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What do you like to do for fun?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ماذا تحب أن تفعل للتسلية؟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you want to sit with me at lunch?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هل تريد الجلوس معي في الغداء؟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are you from originally?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من أين أنت في الأصل؟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I have your number?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هل يمكنني الحصول على رقمك؟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Clubs, sports, and after-school programs are the easiest way to meet people.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النوادي والرياضة والبرامج اللاصفية هي أسهل طريقة للتعرف على الناس.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It's okay to share your culture, people are usually curious, not judging.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لا بأس أن تشارك ثقافتك, الناس عادةً فضوليون، وليسوا حاكمين.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a conversation feels uncomfortable, you can always say 'I have to go.'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إذا شعرت بعدم الراحة في محادثة، يمكنك دائماً قول 'يجب أن أذهب.'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