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0"/>
        </w:rPr>
        <w:t>EMPOWERED YOUTH</w:t>
      </w:r>
    </w:p>
    <w:p>
      <w:pPr>
        <w:spacing w:after="40" w:before="0"/>
      </w:pPr>
      <w:r>
        <w:rPr>
          <w:rFonts w:ascii="Arial" w:hAnsi="Arial" w:cs="Arial"/>
          <w:b/>
          <w:i w:val="0"/>
          <w:color w:val="2B332C"/>
          <w:sz w:val="56"/>
        </w:rPr>
        <w:t>English Lessons Workbook</w:t>
      </w:r>
    </w:p>
    <w:p>
      <w:pPr>
        <w:spacing w:after="280" w:before="0"/>
      </w:pPr>
      <w:r>
        <w:rPr>
          <w:rFonts w:ascii="Arial" w:hAnsi="Arial" w:cs="Arial"/>
          <w:b w:val="0"/>
          <w:i w:val="0"/>
          <w:color w:val="6B746C"/>
          <w:sz w:val="32"/>
        </w:rPr>
        <w:t>English &lt;&gt; Dari (دری)</w:t>
      </w:r>
    </w:p>
    <w:p>
      <w:pPr>
        <w:spacing w:after="200" w:before="0"/>
      </w:pPr>
      <w:r>
        <w:rPr>
          <w:rFonts w:ascii="Arial" w:hAnsi="Arial" w:cs="Arial"/>
          <w:b w:val="0"/>
          <w:i w:val="0"/>
          <w:color w:val="6B746C"/>
          <w:sz w:val="22"/>
        </w:rPr>
        <w:t>Free English practice for refugee and immigrant youth. Six lessons with key phrases, practice tips, and conversations. Write your answers right in this workbook.</w:t>
      </w:r>
    </w:p>
    <w:p>
      <w:pPr>
        <w:spacing w:after="360" w:before="0"/>
      </w:pPr>
      <w:r>
        <w:rPr>
          <w:rFonts w:ascii="Arial" w:hAnsi="Arial" w:cs="Arial"/>
          <w:b w:val="0"/>
          <w:i w:val="0"/>
          <w:color w:val="6B746C"/>
          <w:sz w:val="18"/>
        </w:rPr>
        <w:t>empowered-youth.org  |  empoweredyouthcontact@gmail.com</w:t>
      </w:r>
    </w:p>
    <w:p>
      <w:pPr>
        <w:spacing w:after="120" w:before="0"/>
      </w:pPr>
      <w:r>
        <w:rPr>
          <w:rFonts w:ascii="Arial" w:hAnsi="Arial" w:cs="Arial"/>
          <w:b/>
          <w:i w:val="0"/>
          <w:color w:val="5C8262"/>
          <w:sz w:val="28"/>
        </w:rPr>
        <w:t>Contents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01  -  Introductions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02  -  At school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03  -  At the doctor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04  -  Ordering food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05  -  Asking for help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06  -  Making friends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01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Introductions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Meet someone new, say your name, where you're from, and how to be polite.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/>
                <w:i w:val="0"/>
                <w:color w:val="5C8262"/>
                <w:sz w:val="20"/>
                <w:rtl/>
                <w:cs/>
                <w:szCs w:val="20"/>
              </w:rPr>
              <w:t>دری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Hi, my name is ___.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سلام، نام من ___ است.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I'm from ___.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من از ___ هستم.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Nice to meet you.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از آشنایی با شما خوشحالم.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How are you?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حال شما چطور است؟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I'm ___ years old.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من ___ ساله هستم.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Thank you.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تشکر.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Practice conversation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Hi! I don't think we've met. What's your name?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سلام! فکر نمی‌کنم همدیگر را دیده باشیم. اسم شما چیست؟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B:  Hi, my name is ___. Nice to meet you.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سلام، نام من ___ است. از آشنایی با شما خوشحالم.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Where are you from?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اهل کجا هستی؟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B:  I'm from ___. And you?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من از ___ هستم. و شما؟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Fill the blanks (___) with your own name, country, or age, practice out loud.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جاهای خالی (___) را با نام، کشور یا سن خودت پر کن, با صدای بلند تمرین کن.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A smile and eye contact can carry the conversation while you find the words.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لبخند و تماس چشمی می‌تواند گفتگو را پیش ببرد تا کلمات را پیدا کنی.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If you forget a word, it's okay to say 'How do you say ___ in English?'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اگر کلمه‌ای را فراموش کردی، اشکالی ندارد بگویی 'به انگلیسی به ___ چه می‌گویند؟'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02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At school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Ask for the bathroom, the office, your classroom, and help with homework.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/>
                <w:i w:val="0"/>
                <w:color w:val="5C8262"/>
                <w:sz w:val="20"/>
                <w:rtl/>
                <w:cs/>
                <w:szCs w:val="20"/>
              </w:rPr>
              <w:t>دری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Where is the bathroom?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دستشویی کجاست؟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don't understand. Can you repeat that?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نمی‌فهمم. می‌توانید دوباره بگویید؟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Can you help me with my homework?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می‌توانید در کار خانگی‌ام کمکم کنید؟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I'm new here.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من اینجا تازه‌وارد هستم.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Where is the office?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دفتر کجاست؟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Practice conversation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Excuse me, I'm new here. Where is room 204?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ببخشید، من تازه‌وارد هستم. اتاق 204 کجاست؟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B:  Go straight, then turn left. It's next to the library.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مستقیم برو، بعد به چپ بپیچ. کنار کتابخانه است.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Thank you so much!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خیلی ممنون!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Teachers want to help, asking questions is not rude in U.S. schools.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معلم‌ها می‌خواهند کمک کنند, سؤال پرسیدن در مدارس آمریکا بی‌ادبی نیست.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Write new words in a small notebook or notes app right after class.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کلمات جدید را بعد از کلاس در یک دفترچه کوچک یا اپ یادداشت بنویس.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If you miss something, ask: 'Can you say that more slowly, please?'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اگر چیزی را متوجه نشدی، بپرس: 'می‌توانید آن را آهسته‌تر بگویید، لطفاً؟'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03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At the doctor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Describe pain, allergies, and your medical history in simple English.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/>
                <w:i w:val="0"/>
                <w:color w:val="5C8262"/>
                <w:sz w:val="20"/>
                <w:rtl/>
                <w:cs/>
                <w:szCs w:val="20"/>
              </w:rPr>
              <w:t>دری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don't feel well.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حالم خوب نیست.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My head hurts.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سرم درد می‌کند.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I'm allergic to peanuts.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من به بادام‌زمینی حساسیت دارم.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need to see a doctor.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باید با دکتر ببینم.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Do I need medicine?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آیا به دارو نیاز دارم؟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Practice conversation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Hi, what brings you in today?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سلام، امروز برای چه آمده‌اید؟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B:  I don't feel well. My throat hurts.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حالم خوب نیست. گلویم درد می‌کند.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How long have you felt this way?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چه مدت است که این طور حس می‌کنی؟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You have the right to ask for a free interpreter at most clinics in the U.S.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حق داری در بیشتر کلینیک‌های آمریکا یک مترجم رایگان بخواهی.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Bring a list of any medicines you take, even on your phone.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فهرستی از داروهایی که می‌خوری همراه داشته باش، حتی روی گوشی‌ات.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Point to where it hurts if you don't know the word yet, that's okay.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اگر هنوز کلمه را نمی‌دانی، با انگشت به جای درد اشاره کن, اشکالی ندارد.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04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Ordering food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Read a menu, order, ask about ingredients, and pay the bill.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/>
                <w:i w:val="0"/>
                <w:color w:val="5C8262"/>
                <w:sz w:val="20"/>
                <w:rtl/>
                <w:cs/>
                <w:szCs w:val="20"/>
              </w:rPr>
              <w:t>دری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Can I see the menu, please?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می‌توانم منو را ببینم، لطفاً؟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would like a glass of water.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یک لیوان آب می‌خواهم.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Does this have meat?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آیا این گوشت دارد؟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The check, please.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صورتحساب، لطفاً.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In the U.S., tipping 15–20% at sit-down restaurants is normal.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در آمریکا، انعام ۱۵ تا ۲۰ درصد در رستوران‌ها عادی است.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Water and bread refills are usually free, just ask politely.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آب و نان اضافه معمولاً رایگان است, فقط با ادب بخواه.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If something has an ingredient you can't eat, say 'I can't eat ___.'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اگر چیزی ماده‌ای دارد که نمی‌توانی بخوری، بگو 'من نمی‌توانم ___ بخورم.'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05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Asking for help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Phrases that work on the street, in a store, or at a government office.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/>
                <w:i w:val="0"/>
                <w:color w:val="5C8262"/>
                <w:sz w:val="20"/>
                <w:rtl/>
                <w:cs/>
                <w:szCs w:val="20"/>
              </w:rPr>
              <w:t>دری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Excuse me, can you help me?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ببخشید، می‌توانید کمکم کنید؟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am lost.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من گم شده‌ام.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How do I get to the bus stop?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چگونه به ایستگاه اتوبوس بروم؟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Do you speak Spanish / Arabic / Dari / Pashto?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آیا دری صحبت می‌کنید؟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In an emergency, dial 911, operators can connect a free translator.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در شرایط اضطراری، با ۹۱۱ تماس بگیر, اپراتورها می‌توانند یک مترجم رایگان وصل کنند.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Most libraries offer free help with forms, internet, and even ESL classes.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بیشتر کتابخانه‌ها در پر کردن فرم‌ها، اینترنت و حتی کلاس‌های انگلیسی کمک رایگان می‌کنند.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Saying 'please' and 'thank you' goes a long way in any conversation.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گفتن 'لطفاً' و 'تشکر' در هر گفتگویی خیلی کمک می‌کند.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06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Making friends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Small talk, invitations, and getting to know people in a new place.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/>
                <w:i w:val="0"/>
                <w:color w:val="5C8262"/>
                <w:sz w:val="20"/>
                <w:rtl/>
                <w:cs/>
                <w:szCs w:val="20"/>
              </w:rPr>
              <w:t>دری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What do you like to do for fun?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برای سرگرمی چه کاری دوست داری؟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Do you want to sit with me at lunch?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می‌خواهی هنگام ناهار با من بنشینی؟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Where are you from originally?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اصلاً اهل کجا هستی؟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Can I have your number?</w:t>
            </w:r>
          </w:p>
        </w:tc>
        <w:tc>
          <w:tcPr>
            <w:tcW w:type="dxa" w:w="4896"/>
          </w:tcPr>
          <w:p>
            <w:pPr>
              <w:spacing w:after="40" w:before="40"/>
              <w:bidi/>
              <w:jc w:val="right"/>
            </w:pPr>
            <w:r/>
            <w:r>
              <w:rPr>
                <w:rFonts w:ascii="Noto Naskh Arabic" w:hAnsi="Noto Naskh Arabic" w:cs="Noto Naskh Arabic"/>
                <w:b w:val="0"/>
                <w:i w:val="0"/>
                <w:color w:val="2B332C"/>
                <w:sz w:val="24"/>
                <w:rtl/>
                <w:cs/>
                <w:szCs w:val="24"/>
              </w:rPr>
              <w:t>می‌توانم شماره‌ات را داشته باشم؟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Clubs, sports, and after-school programs are the easiest way to meet people.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کلوب‌ها، ورزش و برنامه‌های بعد از مدرسه آسان‌ترین راه برای آشنایی با مردم هستند.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It's okay to share your culture, people are usually curious, not judging.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اشکالی ندارد فرهنگت را به اشتراک بگذاری, مردم معمولاً کنجکاو هستند، نه قضاوت‌کننده.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If a conversation feels uncomfortable, you can always say 'I have to go.'</w:t>
      </w:r>
    </w:p>
    <w:p>
      <w:pPr>
        <w:spacing w:after="80" w:before="0"/>
        <w:bidi/>
        <w:jc w:val="right"/>
      </w:pPr>
      <w:r>
        <w:rPr>
          <w:rFonts w:ascii="Noto Naskh Arabic" w:hAnsi="Noto Naskh Arabic" w:cs="Noto Naskh Arabic"/>
          <w:b w:val="0"/>
          <w:i w:val="0"/>
          <w:color w:val="6B746C"/>
          <w:sz w:val="21"/>
          <w:rtl/>
          <w:cs/>
          <w:szCs w:val="21"/>
        </w:rPr>
        <w:t>اگر یک گفتگو ناراحت‌کننده شد، همیشه می‌توانی بگویی 'باید بروم.'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