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0"/>
        </w:rPr>
        <w:t>EMPOWERED YOUTH</w:t>
      </w:r>
    </w:p>
    <w:p>
      <w:pPr>
        <w:spacing w:after="40" w:before="0"/>
      </w:pPr>
      <w:r>
        <w:rPr>
          <w:rFonts w:ascii="Arial" w:hAnsi="Arial" w:cs="Arial"/>
          <w:b/>
          <w:i w:val="0"/>
          <w:color w:val="2B332C"/>
          <w:sz w:val="56"/>
        </w:rPr>
        <w:t>English Lessons Workbook</w:t>
      </w:r>
    </w:p>
    <w:p>
      <w:pPr>
        <w:spacing w:after="280" w:before="0"/>
      </w:pPr>
      <w:r>
        <w:rPr>
          <w:rFonts w:ascii="Arial" w:hAnsi="Arial" w:cs="Arial"/>
          <w:b w:val="0"/>
          <w:i w:val="0"/>
          <w:color w:val="6B746C"/>
          <w:sz w:val="32"/>
        </w:rPr>
        <w:t>English &lt;&gt; Pashto (پښتو)</w:t>
      </w:r>
    </w:p>
    <w:p>
      <w:pPr>
        <w:spacing w:after="200" w:before="0"/>
      </w:pPr>
      <w:r>
        <w:rPr>
          <w:rFonts w:ascii="Arial" w:hAnsi="Arial" w:cs="Arial"/>
          <w:b w:val="0"/>
          <w:i w:val="0"/>
          <w:color w:val="6B746C"/>
          <w:sz w:val="22"/>
        </w:rPr>
        <w:t>Free English practice for refugee and immigrant youth. Six lessons with key phrases, practice tips, and conversations. Write your answers right in this workbook.</w:t>
      </w:r>
    </w:p>
    <w:p>
      <w:pPr>
        <w:spacing w:after="360" w:before="0"/>
      </w:pPr>
      <w:r>
        <w:rPr>
          <w:rFonts w:ascii="Arial" w:hAnsi="Arial" w:cs="Arial"/>
          <w:b w:val="0"/>
          <w:i w:val="0"/>
          <w:color w:val="6B746C"/>
          <w:sz w:val="18"/>
        </w:rPr>
        <w:t>empowered-youth.org  |  empoweredyouthcontact@gmail.com</w:t>
      </w:r>
    </w:p>
    <w:p>
      <w:pPr>
        <w:spacing w:after="120" w:before="0"/>
      </w:pPr>
      <w:r>
        <w:rPr>
          <w:rFonts w:ascii="Arial" w:hAnsi="Arial" w:cs="Arial"/>
          <w:b/>
          <w:i w:val="0"/>
          <w:color w:val="5C8262"/>
          <w:sz w:val="28"/>
        </w:rPr>
        <w:t>Contents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01  -  Introductions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02  -  At school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03  -  At the doctor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04  -  Ordering food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05  -  Asking for help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06  -  Making friends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01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Introductions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Meet someone new, say your name, where you're from, and how to be polite.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پښتو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Hi, my name is ___.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سلام، زما نوم ___ دی.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from ___.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د ___ یم.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Nice to meet you.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ستاسو سره د لیدلو څخه خوښ یم.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are you?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تاسو څنګه یاست؟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___ years old.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___ کلن یم.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Thank you.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مننه.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Hi! I don't think we've met. What's your name?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سلام! زه فکر نه کوم چې مونږ سره مخامخ شوي یو. ستا نوم څه دی؟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Hi, my name is ___. Nice to meet you.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سلام، زما نوم ___ دی. ستاسو سره د لیدلو څخه خوښ یم.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Where are you from?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ته د کوم ځای یې؟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I'm from ___. And you?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زه د ___ یم. او ته؟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Fill the blanks (___) with your own name, country, or age, practice out loud.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تشې ځایونه (___) د خپل نوم، هیواد یا عمر سره ډک کړه, په لوړ غږ تمرین وکړه.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A smile and eye contact can carry the conversation while you find the words.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موسکا او د سترګو اړیکه کولی شي خبرې پرمخ بوځي پداسې حال کې چې ته کلمې لټوې.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forget a word, it's okay to say 'How do you say ___ in English?'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که کوم کلمه هیره کړې، سمه ده چې ووایې 'په انګلیسي کې ___ ته څه وایي؟'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02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school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Ask for the bathroom, the office, your classroom, and help with homework.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پښتو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bathroom?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تشناب چیرته دی؟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understand. Can you repeat that?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نه پوهیږم. ایا تاسو کولی شئ یې بیا ووایاست؟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you help me with my homework?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ایا تاسو کولی شئ زما د کور دندې سره مرسته وکړئ؟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new here.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دلته نوی یم.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office?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دفتر چیرته دی؟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Excuse me, I'm new here. Where is room 204?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بښنه غواړم، زه دلته نوی یم. د ۲۰۴ شمیره خونه چیرته ده؟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Go straight, then turn left. It's next to the library.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مستقیم لاړ شه، بیا کیڼ لور ته واوړه. د کتابتون تر څنګ ده.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Thank you so much!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ډیره مننه!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Teachers want to help, asking questions is not rude in U.S. schools.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ښوونکي غواړي مرسته وکړي, په امریکایي ښوونځیو کې پوښتنه کول بې ادبي نه ده.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Write new words in a small notebook or notes app right after class.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نوې کلمې له ټولګي وروسته سمدلاسه په کوچني کتابچه یا د یادښت اپ کې ولیکه.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miss something, ask: 'Can you say that more slowly, please?'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که څه پاتې شول، پوښتنه وکړه: 'مهرباني وکړئ، ایا هغه ورو ویلی شئ؟'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03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the doctor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Describe pain, allergies, and your medical history in simple English.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پښتو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feel well.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ښه نه یم.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My head hurts.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سر مې درد کوي.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allergic to peanuts.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د مونګ هګۍ سره حساسیت لرم.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need to see a doctor.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باید ډاکټر وګورم.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I need medicine?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ایا زه دوا ته اړتیا لرم؟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Hi, what brings you in today?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سلام، نن ولې راغلی یې؟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 don't feel well. My throat hurts.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زه ښه نه یم. ستوني مې درد کوي.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How long have you felt this way?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څومره وخت کیږي چې داسې احساس کوې؟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You have the right to ask for a free interpreter at most clinics in the U.S.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ته حق لرې چې د امریکا په ډیرو کلینیکونو کې وړیا ژباړونکی وغواړې.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Bring a list of any medicines you take, even on your phone.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د هغو درملو لیست راوړه چې ته یې اخلې، حتی په خپل ټلیفون کې.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Point to where it hurts if you don't know the word yet, that's okay.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که لا کلمه نه پیژنې، په ګوته هغه ځای ته اشاره وکړه چې درد کوي, سمه ده.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04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Ordering food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Read a menu, order, ask about ingredients, and pay the bill.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پښتو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see the menu, please?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مهرباني وکړئ، ایا زه مینو لیدلی شم؟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would like a glass of water.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د اوبو یو ګیلاس غواړم.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Does this have meat?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ایا په دې کې غوښه شته؟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The check, please.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مهرباني وکړئ، حساب.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the U.S., tipping 15–20% at sit-down restaurants is normal.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په امریکا کې، په رستورانتونو کې د ۱۵–۲۰٪ انعام ورکول عادي خبره ده.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Water and bread refills are usually free, just ask politely.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د اوبو او ډوډۍ بیا ډکول معمولاً وړیا دي, یوازې په ادب سره وغواړه.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something has an ingredient you can't eat, say 'I can't eat ___.'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که په یو شي کې داسې جز وي چې ته یې نشې خوړلی، ووایه 'زه ___ نشم خوړلی.'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05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Asking for help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Phrases that work on the street, in a store, or at a government office.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پښتو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Excuse me, can you help me?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بښنه غواړم، ایا تاسو زما سره مرسته کولی شئ؟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am lost.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زه ورک شوی یم.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do I get to the bus stop?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د بس تمځای ته څنګه ورسیږم؟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speak Spanish / Arabic / Dari / Pashto?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ایا تاسو پښتو خبرې کوئ؟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an emergency, dial 911, operators can connect a free translator.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په بیړني حالت کې، ۹۱۱ ته زنګ ووهه, آپریټران کولی شي وړیا ژباړونکی ونښلوي.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Most libraries offer free help with forms, internet, and even ESL classes.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ډیری کتابتونونه د فورمو، انټرنیټ او حتی د انګلیسي ټولګیو لپاره وړیا مرسته وړاندې کوي.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Saying 'please' and 'thank you' goes a long way in any conversation.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د 'مهرباني وکړئ' او 'مننه' ویل په هرې خبرې اترې کې ډیر ګټور دي.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06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Making friends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Small talk, invitations, and getting to know people in a new place.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پښتو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What do you like to do for fun?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د خوښۍ لپاره څه کول خوښوې؟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want to sit with me at lunch?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ایا غواړې د غرمې په خواړو کې زما سره کېنې؟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are you from originally?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اصلاً د کوم ځای یې؟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have your number?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ایا زه ستا شمیره اخیستلی شم؟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Clubs, sports, and after-school programs are the easiest way to meet people.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کلبونه، سپورټونه او د ښوونځي وروسته پروګرامونه د خلکو سره د پیژندنې اسانه لاره ده.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It's okay to share your culture, people are usually curious, not judging.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سمه ده چې خپل کلتور شریک کړې, خلک معمولاً لیواله وي، نه قضاوت کوونکي.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a conversation feels uncomfortable, you can always say 'I have to go.'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که خبرې اترې ناراحته احساس کیږي، تل کولی شې ووایې 'زه باید لاړ شم.'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