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 w:before="0"/>
      </w:pPr>
      <w:r>
        <w:rPr>
          <w:rFonts w:ascii="Arial" w:hAnsi="Arial" w:cs="Arial"/>
          <w:b/>
          <w:i w:val="0"/>
          <w:color w:val="5C8262"/>
          <w:sz w:val="20"/>
        </w:rPr>
        <w:t>EMPOWERED YOUTH</w:t>
      </w:r>
    </w:p>
    <w:p>
      <w:pPr>
        <w:spacing w:after="40" w:before="0"/>
      </w:pPr>
      <w:r>
        <w:rPr>
          <w:rFonts w:ascii="Arial" w:hAnsi="Arial" w:cs="Arial"/>
          <w:b/>
          <w:i w:val="0"/>
          <w:color w:val="2B332C"/>
          <w:sz w:val="56"/>
        </w:rPr>
        <w:t>English Lessons Workbook</w:t>
      </w:r>
    </w:p>
    <w:p>
      <w:pPr>
        <w:spacing w:after="280" w:before="0"/>
      </w:pPr>
      <w:r>
        <w:rPr>
          <w:rFonts w:ascii="Arial" w:hAnsi="Arial" w:cs="Arial"/>
          <w:b w:val="0"/>
          <w:i w:val="0"/>
          <w:color w:val="6B746C"/>
          <w:sz w:val="32"/>
        </w:rPr>
        <w:t>English &lt;&gt; Spanish (Español)</w:t>
      </w:r>
    </w:p>
    <w:p>
      <w:pPr>
        <w:spacing w:after="200" w:before="0"/>
      </w:pPr>
      <w:r>
        <w:rPr>
          <w:rFonts w:ascii="Arial" w:hAnsi="Arial" w:cs="Arial"/>
          <w:b w:val="0"/>
          <w:i w:val="0"/>
          <w:color w:val="6B746C"/>
          <w:sz w:val="22"/>
        </w:rPr>
        <w:t>Free English practice for refugee and immigrant youth. Six lessons with key phrases, practice tips, and conversations. Write your answers right in this workbook.</w:t>
      </w:r>
    </w:p>
    <w:p>
      <w:pPr>
        <w:spacing w:after="360" w:before="0"/>
      </w:pPr>
      <w:r>
        <w:rPr>
          <w:rFonts w:ascii="Arial" w:hAnsi="Arial" w:cs="Arial"/>
          <w:b w:val="0"/>
          <w:i w:val="0"/>
          <w:color w:val="6B746C"/>
          <w:sz w:val="18"/>
        </w:rPr>
        <w:t>empowered-youth.org  |  empoweredyouthcontact@gmail.com</w:t>
      </w:r>
    </w:p>
    <w:p>
      <w:pPr>
        <w:spacing w:after="120" w:before="0"/>
      </w:pPr>
      <w:r>
        <w:rPr>
          <w:rFonts w:ascii="Arial" w:hAnsi="Arial" w:cs="Arial"/>
          <w:b/>
          <w:i w:val="0"/>
          <w:color w:val="5C8262"/>
          <w:sz w:val="28"/>
        </w:rPr>
        <w:t>Contents</w:t>
      </w:r>
    </w:p>
    <w:p>
      <w:pPr>
        <w:spacing w:after="60" w:before="0"/>
      </w:pPr>
      <w:r>
        <w:rPr>
          <w:rFonts w:ascii="Arial" w:hAnsi="Arial" w:cs="Arial"/>
          <w:b w:val="0"/>
          <w:i w:val="0"/>
          <w:color w:val="2B332C"/>
          <w:sz w:val="22"/>
        </w:rPr>
        <w:t>Lesson 01  -  Introductions</w:t>
      </w:r>
    </w:p>
    <w:p>
      <w:pPr>
        <w:spacing w:after="60" w:before="0"/>
      </w:pPr>
      <w:r>
        <w:rPr>
          <w:rFonts w:ascii="Arial" w:hAnsi="Arial" w:cs="Arial"/>
          <w:b w:val="0"/>
          <w:i w:val="0"/>
          <w:color w:val="2B332C"/>
          <w:sz w:val="22"/>
        </w:rPr>
        <w:t>Lesson 02  -  At school</w:t>
      </w:r>
    </w:p>
    <w:p>
      <w:pPr>
        <w:spacing w:after="60" w:before="0"/>
      </w:pPr>
      <w:r>
        <w:rPr>
          <w:rFonts w:ascii="Arial" w:hAnsi="Arial" w:cs="Arial"/>
          <w:b w:val="0"/>
          <w:i w:val="0"/>
          <w:color w:val="2B332C"/>
          <w:sz w:val="22"/>
        </w:rPr>
        <w:t>Lesson 03  -  At the doctor</w:t>
      </w:r>
    </w:p>
    <w:p>
      <w:pPr>
        <w:spacing w:after="60" w:before="0"/>
      </w:pPr>
      <w:r>
        <w:rPr>
          <w:rFonts w:ascii="Arial" w:hAnsi="Arial" w:cs="Arial"/>
          <w:b w:val="0"/>
          <w:i w:val="0"/>
          <w:color w:val="2B332C"/>
          <w:sz w:val="22"/>
        </w:rPr>
        <w:t>Lesson 04  -  Ordering food</w:t>
      </w:r>
    </w:p>
    <w:p>
      <w:pPr>
        <w:spacing w:after="60" w:before="0"/>
      </w:pPr>
      <w:r>
        <w:rPr>
          <w:rFonts w:ascii="Arial" w:hAnsi="Arial" w:cs="Arial"/>
          <w:b w:val="0"/>
          <w:i w:val="0"/>
          <w:color w:val="2B332C"/>
          <w:sz w:val="22"/>
        </w:rPr>
        <w:t>Lesson 05  -  Asking for help</w:t>
      </w:r>
    </w:p>
    <w:p>
      <w:pPr>
        <w:spacing w:after="60" w:before="0"/>
      </w:pPr>
      <w:r>
        <w:rPr>
          <w:rFonts w:ascii="Arial" w:hAnsi="Arial" w:cs="Arial"/>
          <w:b w:val="0"/>
          <w:i w:val="0"/>
          <w:color w:val="2B332C"/>
          <w:sz w:val="22"/>
        </w:rPr>
        <w:t>Lesson 06  -  Making friends</w:t>
      </w:r>
    </w:p>
    <w:p>
      <w:r>
        <w:br w:type="page"/>
      </w:r>
    </w:p>
    <w:p>
      <w:pPr>
        <w:spacing w:after="40" w:before="0"/>
      </w:pPr>
      <w:r>
        <w:rPr>
          <w:rFonts w:ascii="Arial" w:hAnsi="Arial" w:cs="Arial"/>
          <w:b/>
          <w:i w:val="0"/>
          <w:color w:val="5C8262"/>
          <w:sz w:val="20"/>
        </w:rPr>
        <w:t>LESSON 01</w:t>
      </w:r>
    </w:p>
    <w:p>
      <w:pPr>
        <w:spacing w:after="60" w:before="0"/>
      </w:pPr>
      <w:r>
        <w:rPr>
          <w:rFonts w:ascii="Arial" w:hAnsi="Arial" w:cs="Arial"/>
          <w:b/>
          <w:i w:val="0"/>
          <w:color w:val="2B332C"/>
          <w:sz w:val="38"/>
        </w:rPr>
        <w:t>Introductions</w:t>
      </w:r>
    </w:p>
    <w:p>
      <w:pPr>
        <w:spacing w:after="160" w:before="0"/>
      </w:pPr>
      <w:r>
        <w:rPr>
          <w:rFonts w:ascii="Arial" w:hAnsi="Arial" w:cs="Arial"/>
          <w:b w:val="0"/>
          <w:i w:val="0"/>
          <w:color w:val="6B746C"/>
          <w:sz w:val="21"/>
        </w:rPr>
        <w:t>Meet someone new, say your name, where you're from, and how to be polite.</w:t>
      </w:r>
    </w:p>
    <w:p>
      <w:pPr>
        <w:spacing w:after="80" w:before="0"/>
      </w:pPr>
      <w:r>
        <w:rPr>
          <w:rFonts w:ascii="Arial" w:hAnsi="Arial" w:cs="Arial"/>
          <w:b/>
          <w:i w:val="0"/>
          <w:color w:val="5C8262"/>
          <w:sz w:val="25"/>
        </w:rPr>
        <w:t>Key phrases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4896"/>
            <w:shd w:val="clear" w:fill="EAF0EA"/>
          </w:tcPr>
          <w:p>
            <w:pPr>
              <w:spacing w:after="40" w:before="40"/>
            </w:pPr>
            <w:r/>
            <w:r>
              <w:rPr>
                <w:rFonts w:ascii="Arial" w:hAnsi="Arial" w:cs="Arial"/>
                <w:b/>
                <w:i w:val="0"/>
                <w:color w:val="5C8262"/>
                <w:sz w:val="20"/>
              </w:rPr>
              <w:t>English</w:t>
            </w:r>
          </w:p>
        </w:tc>
        <w:tc>
          <w:tcPr>
            <w:tcW w:type="dxa" w:w="4896"/>
            <w:shd w:val="clear" w:fill="EAF0EA"/>
          </w:tcPr>
          <w:p>
            <w:pPr>
              <w:spacing w:after="40" w:before="40"/>
            </w:pPr>
            <w:r/>
            <w:r>
              <w:rPr>
                <w:rFonts w:ascii="Arial" w:hAnsi="Arial" w:cs="Arial"/>
                <w:b/>
                <w:i w:val="0"/>
                <w:color w:val="5C8262"/>
                <w:sz w:val="20"/>
              </w:rPr>
              <w:t>Español</w:t>
            </w:r>
          </w:p>
        </w:tc>
      </w:tr>
      <w:tr>
        <w:tc>
          <w:tcPr>
            <w:tcW w:type="dxa" w:w="4896"/>
          </w:tcPr>
          <w:p>
            <w:pPr>
              <w:spacing w:after="40" w:before="40"/>
            </w:pPr>
            <w:r/>
            <w:r>
              <w:rPr>
                <w:rFonts w:ascii="Arial" w:hAnsi="Arial" w:cs="Arial"/>
                <w:b w:val="0"/>
                <w:i w:val="0"/>
                <w:color w:val="2B332C"/>
                <w:sz w:val="22"/>
              </w:rPr>
              <w:t>Hi, my name is ___.</w:t>
            </w:r>
          </w:p>
        </w:tc>
        <w:tc>
          <w:tcPr>
            <w:tcW w:type="dxa" w:w="4896"/>
          </w:tcPr>
          <w:p>
            <w:pPr>
              <w:spacing w:after="40" w:before="40"/>
            </w:pPr>
            <w:r/>
            <w:r>
              <w:rPr>
                <w:rFonts w:ascii="Arial" w:hAnsi="Arial" w:cs="Arial"/>
                <w:b w:val="0"/>
                <w:i w:val="0"/>
                <w:color w:val="2B332C"/>
                <w:sz w:val="24"/>
              </w:rPr>
              <w:t>Hola, me llamo ___.</w:t>
            </w:r>
          </w:p>
        </w:tc>
      </w:tr>
      <w:tr>
        <w:tc>
          <w:tcPr>
            <w:tcW w:type="dxa" w:w="4896"/>
          </w:tcPr>
          <w:p>
            <w:pPr>
              <w:spacing w:after="40" w:before="40"/>
            </w:pPr>
            <w:r/>
            <w:r>
              <w:rPr>
                <w:rFonts w:ascii="Arial" w:hAnsi="Arial" w:cs="Arial"/>
                <w:b w:val="0"/>
                <w:i w:val="0"/>
                <w:color w:val="2B332C"/>
                <w:sz w:val="22"/>
              </w:rPr>
              <w:t>I'm from ___.</w:t>
            </w:r>
          </w:p>
        </w:tc>
        <w:tc>
          <w:tcPr>
            <w:tcW w:type="dxa" w:w="4896"/>
          </w:tcPr>
          <w:p>
            <w:pPr>
              <w:spacing w:after="40" w:before="40"/>
            </w:pPr>
            <w:r/>
            <w:r>
              <w:rPr>
                <w:rFonts w:ascii="Arial" w:hAnsi="Arial" w:cs="Arial"/>
                <w:b w:val="0"/>
                <w:i w:val="0"/>
                <w:color w:val="2B332C"/>
                <w:sz w:val="24"/>
              </w:rPr>
              <w:t>Soy de ___.</w:t>
            </w:r>
          </w:p>
        </w:tc>
      </w:tr>
      <w:tr>
        <w:tc>
          <w:tcPr>
            <w:tcW w:type="dxa" w:w="4896"/>
          </w:tcPr>
          <w:p>
            <w:pPr>
              <w:spacing w:after="40" w:before="40"/>
            </w:pPr>
            <w:r/>
            <w:r>
              <w:rPr>
                <w:rFonts w:ascii="Arial" w:hAnsi="Arial" w:cs="Arial"/>
                <w:b w:val="0"/>
                <w:i w:val="0"/>
                <w:color w:val="2B332C"/>
                <w:sz w:val="22"/>
              </w:rPr>
              <w:t>Nice to meet you.</w:t>
            </w:r>
          </w:p>
        </w:tc>
        <w:tc>
          <w:tcPr>
            <w:tcW w:type="dxa" w:w="4896"/>
          </w:tcPr>
          <w:p>
            <w:pPr>
              <w:spacing w:after="40" w:before="40"/>
            </w:pPr>
            <w:r/>
            <w:r>
              <w:rPr>
                <w:rFonts w:ascii="Arial" w:hAnsi="Arial" w:cs="Arial"/>
                <w:b w:val="0"/>
                <w:i w:val="0"/>
                <w:color w:val="2B332C"/>
                <w:sz w:val="24"/>
              </w:rPr>
              <w:t>Mucho gusto.</w:t>
            </w:r>
          </w:p>
        </w:tc>
      </w:tr>
      <w:tr>
        <w:tc>
          <w:tcPr>
            <w:tcW w:type="dxa" w:w="4896"/>
          </w:tcPr>
          <w:p>
            <w:pPr>
              <w:spacing w:after="40" w:before="40"/>
            </w:pPr>
            <w:r/>
            <w:r>
              <w:rPr>
                <w:rFonts w:ascii="Arial" w:hAnsi="Arial" w:cs="Arial"/>
                <w:b w:val="0"/>
                <w:i w:val="0"/>
                <w:color w:val="2B332C"/>
                <w:sz w:val="22"/>
              </w:rPr>
              <w:t>How are you?</w:t>
            </w:r>
          </w:p>
        </w:tc>
        <w:tc>
          <w:tcPr>
            <w:tcW w:type="dxa" w:w="4896"/>
          </w:tcPr>
          <w:p>
            <w:pPr>
              <w:spacing w:after="40" w:before="40"/>
            </w:pPr>
            <w:r/>
            <w:r>
              <w:rPr>
                <w:rFonts w:ascii="Arial" w:hAnsi="Arial" w:cs="Arial"/>
                <w:b w:val="0"/>
                <w:i w:val="0"/>
                <w:color w:val="2B332C"/>
                <w:sz w:val="24"/>
              </w:rPr>
              <w:t>¿Cómo estás?</w:t>
            </w:r>
          </w:p>
        </w:tc>
      </w:tr>
      <w:tr>
        <w:tc>
          <w:tcPr>
            <w:tcW w:type="dxa" w:w="4896"/>
          </w:tcPr>
          <w:p>
            <w:pPr>
              <w:spacing w:after="40" w:before="40"/>
            </w:pPr>
            <w:r/>
            <w:r>
              <w:rPr>
                <w:rFonts w:ascii="Arial" w:hAnsi="Arial" w:cs="Arial"/>
                <w:b w:val="0"/>
                <w:i w:val="0"/>
                <w:color w:val="2B332C"/>
                <w:sz w:val="22"/>
              </w:rPr>
              <w:t>I'm ___ years old.</w:t>
            </w:r>
          </w:p>
        </w:tc>
        <w:tc>
          <w:tcPr>
            <w:tcW w:type="dxa" w:w="4896"/>
          </w:tcPr>
          <w:p>
            <w:pPr>
              <w:spacing w:after="40" w:before="40"/>
            </w:pPr>
            <w:r/>
            <w:r>
              <w:rPr>
                <w:rFonts w:ascii="Arial" w:hAnsi="Arial" w:cs="Arial"/>
                <w:b w:val="0"/>
                <w:i w:val="0"/>
                <w:color w:val="2B332C"/>
                <w:sz w:val="24"/>
              </w:rPr>
              <w:t>Tengo ___ años.</w:t>
            </w:r>
          </w:p>
        </w:tc>
      </w:tr>
      <w:tr>
        <w:tc>
          <w:tcPr>
            <w:tcW w:type="dxa" w:w="4896"/>
          </w:tcPr>
          <w:p>
            <w:pPr>
              <w:spacing w:after="40" w:before="40"/>
            </w:pPr>
            <w:r/>
            <w:r>
              <w:rPr>
                <w:rFonts w:ascii="Arial" w:hAnsi="Arial" w:cs="Arial"/>
                <w:b w:val="0"/>
                <w:i w:val="0"/>
                <w:color w:val="2B332C"/>
                <w:sz w:val="22"/>
              </w:rPr>
              <w:t>Thank you.</w:t>
            </w:r>
          </w:p>
        </w:tc>
        <w:tc>
          <w:tcPr>
            <w:tcW w:type="dxa" w:w="4896"/>
          </w:tcPr>
          <w:p>
            <w:pPr>
              <w:spacing w:after="40" w:before="40"/>
            </w:pPr>
            <w:r/>
            <w:r>
              <w:rPr>
                <w:rFonts w:ascii="Arial" w:hAnsi="Arial" w:cs="Arial"/>
                <w:b w:val="0"/>
                <w:i w:val="0"/>
                <w:color w:val="2B332C"/>
                <w:sz w:val="24"/>
              </w:rPr>
              <w:t>Gracias.</w:t>
            </w:r>
          </w:p>
        </w:tc>
      </w:tr>
    </w:tbl>
    <w:p>
      <w:pPr>
        <w:spacing w:after="80" w:before="0"/>
      </w:pPr>
      <w:r>
        <w:rPr>
          <w:rFonts w:ascii="Arial" w:hAnsi="Arial" w:cs="Arial"/>
          <w:b/>
          <w:i w:val="0"/>
          <w:color w:val="5C8262"/>
          <w:sz w:val="25"/>
        </w:rPr>
        <w:t>Practice conversation</w:t>
      </w:r>
    </w:p>
    <w:p>
      <w:pPr>
        <w:spacing w:after="20" w:before="0"/>
      </w:pPr>
      <w:r>
        <w:rPr>
          <w:rFonts w:ascii="Arial" w:hAnsi="Arial" w:cs="Arial"/>
          <w:b/>
          <w:i w:val="0"/>
          <w:color w:val="2B332C"/>
          <w:sz w:val="22"/>
        </w:rPr>
        <w:t>A:  Hi! I don't think we've met. What's your name?</w:t>
      </w:r>
    </w:p>
    <w:p>
      <w:pPr>
        <w:spacing w:after="80" w:before="0"/>
      </w:pPr>
      <w:r>
        <w:rPr>
          <w:rFonts w:ascii="Arial" w:hAnsi="Arial" w:cs="Arial"/>
          <w:b w:val="0"/>
          <w:i w:val="0"/>
          <w:color w:val="6B746C"/>
          <w:sz w:val="21"/>
        </w:rPr>
        <w:t>¡Hola! Creo que no nos conocemos. ¿Cómo te llamas?</w:t>
      </w:r>
    </w:p>
    <w:p>
      <w:pPr>
        <w:spacing w:after="20" w:before="0"/>
      </w:pPr>
      <w:r>
        <w:rPr>
          <w:rFonts w:ascii="Arial" w:hAnsi="Arial" w:cs="Arial"/>
          <w:b w:val="0"/>
          <w:i w:val="0"/>
          <w:color w:val="2B332C"/>
          <w:sz w:val="22"/>
        </w:rPr>
        <w:t>B:  Hi, my name is ___. Nice to meet you.</w:t>
      </w:r>
    </w:p>
    <w:p>
      <w:pPr>
        <w:spacing w:after="80" w:before="0"/>
      </w:pPr>
      <w:r>
        <w:rPr>
          <w:rFonts w:ascii="Arial" w:hAnsi="Arial" w:cs="Arial"/>
          <w:b w:val="0"/>
          <w:i w:val="0"/>
          <w:color w:val="6B746C"/>
          <w:sz w:val="21"/>
        </w:rPr>
        <w:t>Hola, me llamo ___. Mucho gusto.</w:t>
      </w:r>
    </w:p>
    <w:p>
      <w:pPr>
        <w:spacing w:after="20" w:before="0"/>
      </w:pPr>
      <w:r>
        <w:rPr>
          <w:rFonts w:ascii="Arial" w:hAnsi="Arial" w:cs="Arial"/>
          <w:b/>
          <w:i w:val="0"/>
          <w:color w:val="2B332C"/>
          <w:sz w:val="22"/>
        </w:rPr>
        <w:t>A:  Where are you from?</w:t>
      </w:r>
    </w:p>
    <w:p>
      <w:pPr>
        <w:spacing w:after="80" w:before="0"/>
      </w:pPr>
      <w:r>
        <w:rPr>
          <w:rFonts w:ascii="Arial" w:hAnsi="Arial" w:cs="Arial"/>
          <w:b w:val="0"/>
          <w:i w:val="0"/>
          <w:color w:val="6B746C"/>
          <w:sz w:val="21"/>
        </w:rPr>
        <w:t>¿De dónde eres?</w:t>
      </w:r>
    </w:p>
    <w:p>
      <w:pPr>
        <w:spacing w:after="20" w:before="0"/>
      </w:pPr>
      <w:r>
        <w:rPr>
          <w:rFonts w:ascii="Arial" w:hAnsi="Arial" w:cs="Arial"/>
          <w:b w:val="0"/>
          <w:i w:val="0"/>
          <w:color w:val="2B332C"/>
          <w:sz w:val="22"/>
        </w:rPr>
        <w:t>B:  I'm from ___. And you?</w:t>
      </w:r>
    </w:p>
    <w:p>
      <w:pPr>
        <w:spacing w:after="80" w:before="0"/>
      </w:pPr>
      <w:r>
        <w:rPr>
          <w:rFonts w:ascii="Arial" w:hAnsi="Arial" w:cs="Arial"/>
          <w:b w:val="0"/>
          <w:i w:val="0"/>
          <w:color w:val="6B746C"/>
          <w:sz w:val="21"/>
        </w:rPr>
        <w:t>Soy de ___. ¿Y tú?</w:t>
      </w:r>
    </w:p>
    <w:p>
      <w:pPr>
        <w:spacing w:after="80" w:before="0"/>
      </w:pPr>
      <w:r>
        <w:rPr>
          <w:rFonts w:ascii="Arial" w:hAnsi="Arial" w:cs="Arial"/>
          <w:b/>
          <w:i w:val="0"/>
          <w:color w:val="5C8262"/>
          <w:sz w:val="25"/>
        </w:rPr>
        <w:t>Tips</w:t>
      </w:r>
    </w:p>
    <w:p>
      <w:pPr>
        <w:spacing w:after="20" w:before="0"/>
      </w:pPr>
      <w:r>
        <w:rPr>
          <w:rFonts w:ascii="Arial" w:hAnsi="Arial" w:cs="Arial"/>
          <w:b w:val="0"/>
          <w:i w:val="0"/>
          <w:color w:val="2B332C"/>
          <w:sz w:val="22"/>
        </w:rPr>
        <w:t>- Fill the blanks (___) with your own name, country, or age, practice out loud.</w:t>
      </w:r>
    </w:p>
    <w:p>
      <w:pPr>
        <w:spacing w:after="80" w:before="0"/>
      </w:pPr>
      <w:r>
        <w:rPr>
          <w:rFonts w:ascii="Arial" w:hAnsi="Arial" w:cs="Arial"/>
          <w:b w:val="0"/>
          <w:i w:val="0"/>
          <w:color w:val="6B746C"/>
          <w:sz w:val="21"/>
        </w:rPr>
        <w:t>Llena los espacios (___) con tu nombre, país o edad, practica en voz alta.</w:t>
      </w:r>
    </w:p>
    <w:p>
      <w:pPr>
        <w:spacing w:after="20" w:before="0"/>
      </w:pPr>
      <w:r>
        <w:rPr>
          <w:rFonts w:ascii="Arial" w:hAnsi="Arial" w:cs="Arial"/>
          <w:b w:val="0"/>
          <w:i w:val="0"/>
          <w:color w:val="2B332C"/>
          <w:sz w:val="22"/>
        </w:rPr>
        <w:t>- A smile and eye contact can carry the conversation while you find the words.</w:t>
      </w:r>
    </w:p>
    <w:p>
      <w:pPr>
        <w:spacing w:after="80" w:before="0"/>
      </w:pPr>
      <w:r>
        <w:rPr>
          <w:rFonts w:ascii="Arial" w:hAnsi="Arial" w:cs="Arial"/>
          <w:b w:val="0"/>
          <w:i w:val="0"/>
          <w:color w:val="6B746C"/>
          <w:sz w:val="21"/>
        </w:rPr>
        <w:t>Una sonrisa y el contacto visual pueden mantener la conversación mientras buscas las palabras.</w:t>
      </w:r>
    </w:p>
    <w:p>
      <w:pPr>
        <w:spacing w:after="20" w:before="0"/>
      </w:pPr>
      <w:r>
        <w:rPr>
          <w:rFonts w:ascii="Arial" w:hAnsi="Arial" w:cs="Arial"/>
          <w:b w:val="0"/>
          <w:i w:val="0"/>
          <w:color w:val="2B332C"/>
          <w:sz w:val="22"/>
        </w:rPr>
        <w:t>- If you forget a word, it's okay to say 'How do you say ___ in English?'</w:t>
      </w:r>
    </w:p>
    <w:p>
      <w:pPr>
        <w:spacing w:after="80" w:before="0"/>
      </w:pPr>
      <w:r>
        <w:rPr>
          <w:rFonts w:ascii="Arial" w:hAnsi="Arial" w:cs="Arial"/>
          <w:b w:val="0"/>
          <w:i w:val="0"/>
          <w:color w:val="6B746C"/>
          <w:sz w:val="21"/>
        </w:rPr>
        <w:t>Si olvidas una palabra, está bien decir '¿Cómo se dice ___ en inglés?'</w:t>
      </w:r>
    </w:p>
    <w:p>
      <w:pPr>
        <w:spacing w:after="80" w:before="0"/>
      </w:pPr>
      <w:r>
        <w:rPr>
          <w:rFonts w:ascii="Arial" w:hAnsi="Arial" w:cs="Arial"/>
          <w:b/>
          <w:i w:val="0"/>
          <w:color w:val="5C8262"/>
          <w:sz w:val="25"/>
        </w:rPr>
        <w:t>Your practice</w:t>
      </w:r>
    </w:p>
    <w:p>
      <w:pPr>
        <w:spacing w:after="120" w:before="0"/>
      </w:pPr>
      <w:r>
        <w:rPr>
          <w:rFonts w:ascii="Arial" w:hAnsi="Arial" w:cs="Arial"/>
          <w:b w:val="0"/>
          <w:i w:val="0"/>
          <w:color w:val="6B746C"/>
          <w:sz w:val="20"/>
        </w:rPr>
        <w:t>Write three sentences using the phrases above.</w:t>
      </w:r>
    </w:p>
    <w:p>
      <w:pPr>
        <w:spacing w:after="140" w:before="0"/>
      </w:pPr>
      <w:r>
        <w:rPr>
          <w:rFonts w:ascii="Arial" w:hAnsi="Arial" w:cs="Arial"/>
          <w:b w:val="0"/>
          <w:i w:val="0"/>
          <w:color w:val="6B746C"/>
          <w:sz w:val="22"/>
        </w:rPr>
        <w:t>________________________________________________________________________</w:t>
      </w:r>
    </w:p>
    <w:p>
      <w:pPr>
        <w:spacing w:after="140" w:before="0"/>
      </w:pPr>
      <w:r>
        <w:rPr>
          <w:rFonts w:ascii="Arial" w:hAnsi="Arial" w:cs="Arial"/>
          <w:b w:val="0"/>
          <w:i w:val="0"/>
          <w:color w:val="6B746C"/>
          <w:sz w:val="22"/>
        </w:rPr>
        <w:t>________________________________________________________________________</w:t>
      </w:r>
    </w:p>
    <w:p>
      <w:pPr>
        <w:spacing w:after="0" w:before="0"/>
      </w:pPr>
      <w:r>
        <w:rPr>
          <w:rFonts w:ascii="Arial" w:hAnsi="Arial" w:cs="Arial"/>
          <w:b w:val="0"/>
          <w:i w:val="0"/>
          <w:color w:val="6B746C"/>
          <w:sz w:val="22"/>
        </w:rPr>
        <w:t>________________________________________________________________________</w:t>
      </w:r>
    </w:p>
    <w:p>
      <w:r>
        <w:br w:type="page"/>
      </w:r>
    </w:p>
    <w:p>
      <w:pPr>
        <w:spacing w:after="40" w:before="0"/>
      </w:pPr>
      <w:r>
        <w:rPr>
          <w:rFonts w:ascii="Arial" w:hAnsi="Arial" w:cs="Arial"/>
          <w:b/>
          <w:i w:val="0"/>
          <w:color w:val="5C8262"/>
          <w:sz w:val="20"/>
        </w:rPr>
        <w:t>LESSON 02</w:t>
      </w:r>
    </w:p>
    <w:p>
      <w:pPr>
        <w:spacing w:after="60" w:before="0"/>
      </w:pPr>
      <w:r>
        <w:rPr>
          <w:rFonts w:ascii="Arial" w:hAnsi="Arial" w:cs="Arial"/>
          <w:b/>
          <w:i w:val="0"/>
          <w:color w:val="2B332C"/>
          <w:sz w:val="38"/>
        </w:rPr>
        <w:t>At school</w:t>
      </w:r>
    </w:p>
    <w:p>
      <w:pPr>
        <w:spacing w:after="160" w:before="0"/>
      </w:pPr>
      <w:r>
        <w:rPr>
          <w:rFonts w:ascii="Arial" w:hAnsi="Arial" w:cs="Arial"/>
          <w:b w:val="0"/>
          <w:i w:val="0"/>
          <w:color w:val="6B746C"/>
          <w:sz w:val="21"/>
        </w:rPr>
        <w:t>Ask for the bathroom, the office, your classroom, and help with homework.</w:t>
      </w:r>
    </w:p>
    <w:p>
      <w:pPr>
        <w:spacing w:after="80" w:before="0"/>
      </w:pPr>
      <w:r>
        <w:rPr>
          <w:rFonts w:ascii="Arial" w:hAnsi="Arial" w:cs="Arial"/>
          <w:b/>
          <w:i w:val="0"/>
          <w:color w:val="5C8262"/>
          <w:sz w:val="25"/>
        </w:rPr>
        <w:t>Key phrases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4896"/>
            <w:shd w:val="clear" w:fill="EAF0EA"/>
          </w:tcPr>
          <w:p>
            <w:pPr>
              <w:spacing w:after="40" w:before="40"/>
            </w:pPr>
            <w:r/>
            <w:r>
              <w:rPr>
                <w:rFonts w:ascii="Arial" w:hAnsi="Arial" w:cs="Arial"/>
                <w:b/>
                <w:i w:val="0"/>
                <w:color w:val="5C8262"/>
                <w:sz w:val="20"/>
              </w:rPr>
              <w:t>English</w:t>
            </w:r>
          </w:p>
        </w:tc>
        <w:tc>
          <w:tcPr>
            <w:tcW w:type="dxa" w:w="4896"/>
            <w:shd w:val="clear" w:fill="EAF0EA"/>
          </w:tcPr>
          <w:p>
            <w:pPr>
              <w:spacing w:after="40" w:before="40"/>
            </w:pPr>
            <w:r/>
            <w:r>
              <w:rPr>
                <w:rFonts w:ascii="Arial" w:hAnsi="Arial" w:cs="Arial"/>
                <w:b/>
                <w:i w:val="0"/>
                <w:color w:val="5C8262"/>
                <w:sz w:val="20"/>
              </w:rPr>
              <w:t>Español</w:t>
            </w:r>
          </w:p>
        </w:tc>
      </w:tr>
      <w:tr>
        <w:tc>
          <w:tcPr>
            <w:tcW w:type="dxa" w:w="4896"/>
          </w:tcPr>
          <w:p>
            <w:pPr>
              <w:spacing w:after="40" w:before="40"/>
            </w:pPr>
            <w:r/>
            <w:r>
              <w:rPr>
                <w:rFonts w:ascii="Arial" w:hAnsi="Arial" w:cs="Arial"/>
                <w:b w:val="0"/>
                <w:i w:val="0"/>
                <w:color w:val="2B332C"/>
                <w:sz w:val="22"/>
              </w:rPr>
              <w:t>Where is the bathroom?</w:t>
            </w:r>
          </w:p>
        </w:tc>
        <w:tc>
          <w:tcPr>
            <w:tcW w:type="dxa" w:w="4896"/>
          </w:tcPr>
          <w:p>
            <w:pPr>
              <w:spacing w:after="40" w:before="40"/>
            </w:pPr>
            <w:r/>
            <w:r>
              <w:rPr>
                <w:rFonts w:ascii="Arial" w:hAnsi="Arial" w:cs="Arial"/>
                <w:b w:val="0"/>
                <w:i w:val="0"/>
                <w:color w:val="2B332C"/>
                <w:sz w:val="24"/>
              </w:rPr>
              <w:t>¿Dónde está el baño?</w:t>
            </w:r>
          </w:p>
        </w:tc>
      </w:tr>
      <w:tr>
        <w:tc>
          <w:tcPr>
            <w:tcW w:type="dxa" w:w="4896"/>
          </w:tcPr>
          <w:p>
            <w:pPr>
              <w:spacing w:after="40" w:before="40"/>
            </w:pPr>
            <w:r/>
            <w:r>
              <w:rPr>
                <w:rFonts w:ascii="Arial" w:hAnsi="Arial" w:cs="Arial"/>
                <w:b w:val="0"/>
                <w:i w:val="0"/>
                <w:color w:val="2B332C"/>
                <w:sz w:val="22"/>
              </w:rPr>
              <w:t>I don't understand. Can you repeat that?</w:t>
            </w:r>
          </w:p>
        </w:tc>
        <w:tc>
          <w:tcPr>
            <w:tcW w:type="dxa" w:w="4896"/>
          </w:tcPr>
          <w:p>
            <w:pPr>
              <w:spacing w:after="40" w:before="40"/>
            </w:pPr>
            <w:r/>
            <w:r>
              <w:rPr>
                <w:rFonts w:ascii="Arial" w:hAnsi="Arial" w:cs="Arial"/>
                <w:b w:val="0"/>
                <w:i w:val="0"/>
                <w:color w:val="2B332C"/>
                <w:sz w:val="24"/>
              </w:rPr>
              <w:t>No entiendo. ¿Puede repetirlo?</w:t>
            </w:r>
          </w:p>
        </w:tc>
      </w:tr>
      <w:tr>
        <w:tc>
          <w:tcPr>
            <w:tcW w:type="dxa" w:w="4896"/>
          </w:tcPr>
          <w:p>
            <w:pPr>
              <w:spacing w:after="40" w:before="40"/>
            </w:pPr>
            <w:r/>
            <w:r>
              <w:rPr>
                <w:rFonts w:ascii="Arial" w:hAnsi="Arial" w:cs="Arial"/>
                <w:b w:val="0"/>
                <w:i w:val="0"/>
                <w:color w:val="2B332C"/>
                <w:sz w:val="22"/>
              </w:rPr>
              <w:t>Can you help me with my homework?</w:t>
            </w:r>
          </w:p>
        </w:tc>
        <w:tc>
          <w:tcPr>
            <w:tcW w:type="dxa" w:w="4896"/>
          </w:tcPr>
          <w:p>
            <w:pPr>
              <w:spacing w:after="40" w:before="40"/>
            </w:pPr>
            <w:r/>
            <w:r>
              <w:rPr>
                <w:rFonts w:ascii="Arial" w:hAnsi="Arial" w:cs="Arial"/>
                <w:b w:val="0"/>
                <w:i w:val="0"/>
                <w:color w:val="2B332C"/>
                <w:sz w:val="24"/>
              </w:rPr>
              <w:t>¿Puede ayudarme con mi tarea?</w:t>
            </w:r>
          </w:p>
        </w:tc>
      </w:tr>
      <w:tr>
        <w:tc>
          <w:tcPr>
            <w:tcW w:type="dxa" w:w="4896"/>
          </w:tcPr>
          <w:p>
            <w:pPr>
              <w:spacing w:after="40" w:before="40"/>
            </w:pPr>
            <w:r/>
            <w:r>
              <w:rPr>
                <w:rFonts w:ascii="Arial" w:hAnsi="Arial" w:cs="Arial"/>
                <w:b w:val="0"/>
                <w:i w:val="0"/>
                <w:color w:val="2B332C"/>
                <w:sz w:val="22"/>
              </w:rPr>
              <w:t>I'm new here.</w:t>
            </w:r>
          </w:p>
        </w:tc>
        <w:tc>
          <w:tcPr>
            <w:tcW w:type="dxa" w:w="4896"/>
          </w:tcPr>
          <w:p>
            <w:pPr>
              <w:spacing w:after="40" w:before="40"/>
            </w:pPr>
            <w:r/>
            <w:r>
              <w:rPr>
                <w:rFonts w:ascii="Arial" w:hAnsi="Arial" w:cs="Arial"/>
                <w:b w:val="0"/>
                <w:i w:val="0"/>
                <w:color w:val="2B332C"/>
                <w:sz w:val="24"/>
              </w:rPr>
              <w:t>Soy nuevo aquí.</w:t>
            </w:r>
          </w:p>
        </w:tc>
      </w:tr>
      <w:tr>
        <w:tc>
          <w:tcPr>
            <w:tcW w:type="dxa" w:w="4896"/>
          </w:tcPr>
          <w:p>
            <w:pPr>
              <w:spacing w:after="40" w:before="40"/>
            </w:pPr>
            <w:r/>
            <w:r>
              <w:rPr>
                <w:rFonts w:ascii="Arial" w:hAnsi="Arial" w:cs="Arial"/>
                <w:b w:val="0"/>
                <w:i w:val="0"/>
                <w:color w:val="2B332C"/>
                <w:sz w:val="22"/>
              </w:rPr>
              <w:t>Where is the office?</w:t>
            </w:r>
          </w:p>
        </w:tc>
        <w:tc>
          <w:tcPr>
            <w:tcW w:type="dxa" w:w="4896"/>
          </w:tcPr>
          <w:p>
            <w:pPr>
              <w:spacing w:after="40" w:before="40"/>
            </w:pPr>
            <w:r/>
            <w:r>
              <w:rPr>
                <w:rFonts w:ascii="Arial" w:hAnsi="Arial" w:cs="Arial"/>
                <w:b w:val="0"/>
                <w:i w:val="0"/>
                <w:color w:val="2B332C"/>
                <w:sz w:val="24"/>
              </w:rPr>
              <w:t>¿Dónde está la oficina?</w:t>
            </w:r>
          </w:p>
        </w:tc>
      </w:tr>
    </w:tbl>
    <w:p>
      <w:pPr>
        <w:spacing w:after="80" w:before="0"/>
      </w:pPr>
      <w:r>
        <w:rPr>
          <w:rFonts w:ascii="Arial" w:hAnsi="Arial" w:cs="Arial"/>
          <w:b/>
          <w:i w:val="0"/>
          <w:color w:val="5C8262"/>
          <w:sz w:val="25"/>
        </w:rPr>
        <w:t>Practice conversation</w:t>
      </w:r>
    </w:p>
    <w:p>
      <w:pPr>
        <w:spacing w:after="20" w:before="0"/>
      </w:pPr>
      <w:r>
        <w:rPr>
          <w:rFonts w:ascii="Arial" w:hAnsi="Arial" w:cs="Arial"/>
          <w:b/>
          <w:i w:val="0"/>
          <w:color w:val="2B332C"/>
          <w:sz w:val="22"/>
        </w:rPr>
        <w:t>A:  Excuse me, I'm new here. Where is room 204?</w:t>
      </w:r>
    </w:p>
    <w:p>
      <w:pPr>
        <w:spacing w:after="80" w:before="0"/>
      </w:pPr>
      <w:r>
        <w:rPr>
          <w:rFonts w:ascii="Arial" w:hAnsi="Arial" w:cs="Arial"/>
          <w:b w:val="0"/>
          <w:i w:val="0"/>
          <w:color w:val="6B746C"/>
          <w:sz w:val="21"/>
        </w:rPr>
        <w:t>Disculpe, soy nuevo aquí. ¿Dónde está el aula 204?</w:t>
      </w:r>
    </w:p>
    <w:p>
      <w:pPr>
        <w:spacing w:after="20" w:before="0"/>
      </w:pPr>
      <w:r>
        <w:rPr>
          <w:rFonts w:ascii="Arial" w:hAnsi="Arial" w:cs="Arial"/>
          <w:b w:val="0"/>
          <w:i w:val="0"/>
          <w:color w:val="2B332C"/>
          <w:sz w:val="22"/>
        </w:rPr>
        <w:t>B:  Go straight, then turn left. It's next to the library.</w:t>
      </w:r>
    </w:p>
    <w:p>
      <w:pPr>
        <w:spacing w:after="80" w:before="0"/>
      </w:pPr>
      <w:r>
        <w:rPr>
          <w:rFonts w:ascii="Arial" w:hAnsi="Arial" w:cs="Arial"/>
          <w:b w:val="0"/>
          <w:i w:val="0"/>
          <w:color w:val="6B746C"/>
          <w:sz w:val="21"/>
        </w:rPr>
        <w:t>Sigue recto y luego gira a la izquierda. Está al lado de la biblioteca.</w:t>
      </w:r>
    </w:p>
    <w:p>
      <w:pPr>
        <w:spacing w:after="20" w:before="0"/>
      </w:pPr>
      <w:r>
        <w:rPr>
          <w:rFonts w:ascii="Arial" w:hAnsi="Arial" w:cs="Arial"/>
          <w:b/>
          <w:i w:val="0"/>
          <w:color w:val="2B332C"/>
          <w:sz w:val="22"/>
        </w:rPr>
        <w:t>A:  Thank you so much!</w:t>
      </w:r>
    </w:p>
    <w:p>
      <w:pPr>
        <w:spacing w:after="80" w:before="0"/>
      </w:pPr>
      <w:r>
        <w:rPr>
          <w:rFonts w:ascii="Arial" w:hAnsi="Arial" w:cs="Arial"/>
          <w:b w:val="0"/>
          <w:i w:val="0"/>
          <w:color w:val="6B746C"/>
          <w:sz w:val="21"/>
        </w:rPr>
        <w:t>¡Muchas gracias!</w:t>
      </w:r>
    </w:p>
    <w:p>
      <w:pPr>
        <w:spacing w:after="80" w:before="0"/>
      </w:pPr>
      <w:r>
        <w:rPr>
          <w:rFonts w:ascii="Arial" w:hAnsi="Arial" w:cs="Arial"/>
          <w:b/>
          <w:i w:val="0"/>
          <w:color w:val="5C8262"/>
          <w:sz w:val="25"/>
        </w:rPr>
        <w:t>Tips</w:t>
      </w:r>
    </w:p>
    <w:p>
      <w:pPr>
        <w:spacing w:after="20" w:before="0"/>
      </w:pPr>
      <w:r>
        <w:rPr>
          <w:rFonts w:ascii="Arial" w:hAnsi="Arial" w:cs="Arial"/>
          <w:b w:val="0"/>
          <w:i w:val="0"/>
          <w:color w:val="2B332C"/>
          <w:sz w:val="22"/>
        </w:rPr>
        <w:t>- Teachers want to help, asking questions is not rude in U.S. schools.</w:t>
      </w:r>
    </w:p>
    <w:p>
      <w:pPr>
        <w:spacing w:after="80" w:before="0"/>
      </w:pPr>
      <w:r>
        <w:rPr>
          <w:rFonts w:ascii="Arial" w:hAnsi="Arial" w:cs="Arial"/>
          <w:b w:val="0"/>
          <w:i w:val="0"/>
          <w:color w:val="6B746C"/>
          <w:sz w:val="21"/>
        </w:rPr>
        <w:t>Los maestros quieren ayudar, hacer preguntas no es grosero en las escuelas de EE. UU.</w:t>
      </w:r>
    </w:p>
    <w:p>
      <w:pPr>
        <w:spacing w:after="20" w:before="0"/>
      </w:pPr>
      <w:r>
        <w:rPr>
          <w:rFonts w:ascii="Arial" w:hAnsi="Arial" w:cs="Arial"/>
          <w:b w:val="0"/>
          <w:i w:val="0"/>
          <w:color w:val="2B332C"/>
          <w:sz w:val="22"/>
        </w:rPr>
        <w:t>- Write new words in a small notebook or notes app right after class.</w:t>
      </w:r>
    </w:p>
    <w:p>
      <w:pPr>
        <w:spacing w:after="80" w:before="0"/>
      </w:pPr>
      <w:r>
        <w:rPr>
          <w:rFonts w:ascii="Arial" w:hAnsi="Arial" w:cs="Arial"/>
          <w:b w:val="0"/>
          <w:i w:val="0"/>
          <w:color w:val="6B746C"/>
          <w:sz w:val="21"/>
        </w:rPr>
        <w:t>Escribe palabras nuevas en un cuaderno pequeño o en una app de notas justo después de clase.</w:t>
      </w:r>
    </w:p>
    <w:p>
      <w:pPr>
        <w:spacing w:after="20" w:before="0"/>
      </w:pPr>
      <w:r>
        <w:rPr>
          <w:rFonts w:ascii="Arial" w:hAnsi="Arial" w:cs="Arial"/>
          <w:b w:val="0"/>
          <w:i w:val="0"/>
          <w:color w:val="2B332C"/>
          <w:sz w:val="22"/>
        </w:rPr>
        <w:t>- If you miss something, ask: 'Can you say that more slowly, please?'</w:t>
      </w:r>
    </w:p>
    <w:p>
      <w:pPr>
        <w:spacing w:after="80" w:before="0"/>
      </w:pPr>
      <w:r>
        <w:rPr>
          <w:rFonts w:ascii="Arial" w:hAnsi="Arial" w:cs="Arial"/>
          <w:b w:val="0"/>
          <w:i w:val="0"/>
          <w:color w:val="6B746C"/>
          <w:sz w:val="21"/>
        </w:rPr>
        <w:t>Si no entiendes algo, pregunta: '¿Puede decirlo más despacio, por favor?'</w:t>
      </w:r>
    </w:p>
    <w:p>
      <w:pPr>
        <w:spacing w:after="80" w:before="0"/>
      </w:pPr>
      <w:r>
        <w:rPr>
          <w:rFonts w:ascii="Arial" w:hAnsi="Arial" w:cs="Arial"/>
          <w:b/>
          <w:i w:val="0"/>
          <w:color w:val="5C8262"/>
          <w:sz w:val="25"/>
        </w:rPr>
        <w:t>Your practice</w:t>
      </w:r>
    </w:p>
    <w:p>
      <w:pPr>
        <w:spacing w:after="120" w:before="0"/>
      </w:pPr>
      <w:r>
        <w:rPr>
          <w:rFonts w:ascii="Arial" w:hAnsi="Arial" w:cs="Arial"/>
          <w:b w:val="0"/>
          <w:i w:val="0"/>
          <w:color w:val="6B746C"/>
          <w:sz w:val="20"/>
        </w:rPr>
        <w:t>Write three sentences using the phrases above.</w:t>
      </w:r>
    </w:p>
    <w:p>
      <w:pPr>
        <w:spacing w:after="140" w:before="0"/>
      </w:pPr>
      <w:r>
        <w:rPr>
          <w:rFonts w:ascii="Arial" w:hAnsi="Arial" w:cs="Arial"/>
          <w:b w:val="0"/>
          <w:i w:val="0"/>
          <w:color w:val="6B746C"/>
          <w:sz w:val="22"/>
        </w:rPr>
        <w:t>________________________________________________________________________</w:t>
      </w:r>
    </w:p>
    <w:p>
      <w:pPr>
        <w:spacing w:after="140" w:before="0"/>
      </w:pPr>
      <w:r>
        <w:rPr>
          <w:rFonts w:ascii="Arial" w:hAnsi="Arial" w:cs="Arial"/>
          <w:b w:val="0"/>
          <w:i w:val="0"/>
          <w:color w:val="6B746C"/>
          <w:sz w:val="22"/>
        </w:rPr>
        <w:t>________________________________________________________________________</w:t>
      </w:r>
    </w:p>
    <w:p>
      <w:pPr>
        <w:spacing w:after="0" w:before="0"/>
      </w:pPr>
      <w:r>
        <w:rPr>
          <w:rFonts w:ascii="Arial" w:hAnsi="Arial" w:cs="Arial"/>
          <w:b w:val="0"/>
          <w:i w:val="0"/>
          <w:color w:val="6B746C"/>
          <w:sz w:val="22"/>
        </w:rPr>
        <w:t>________________________________________________________________________</w:t>
      </w:r>
    </w:p>
    <w:p>
      <w:r>
        <w:br w:type="page"/>
      </w:r>
    </w:p>
    <w:p>
      <w:pPr>
        <w:spacing w:after="40" w:before="0"/>
      </w:pPr>
      <w:r>
        <w:rPr>
          <w:rFonts w:ascii="Arial" w:hAnsi="Arial" w:cs="Arial"/>
          <w:b/>
          <w:i w:val="0"/>
          <w:color w:val="5C8262"/>
          <w:sz w:val="20"/>
        </w:rPr>
        <w:t>LESSON 03</w:t>
      </w:r>
    </w:p>
    <w:p>
      <w:pPr>
        <w:spacing w:after="60" w:before="0"/>
      </w:pPr>
      <w:r>
        <w:rPr>
          <w:rFonts w:ascii="Arial" w:hAnsi="Arial" w:cs="Arial"/>
          <w:b/>
          <w:i w:val="0"/>
          <w:color w:val="2B332C"/>
          <w:sz w:val="38"/>
        </w:rPr>
        <w:t>At the doctor</w:t>
      </w:r>
    </w:p>
    <w:p>
      <w:pPr>
        <w:spacing w:after="160" w:before="0"/>
      </w:pPr>
      <w:r>
        <w:rPr>
          <w:rFonts w:ascii="Arial" w:hAnsi="Arial" w:cs="Arial"/>
          <w:b w:val="0"/>
          <w:i w:val="0"/>
          <w:color w:val="6B746C"/>
          <w:sz w:val="21"/>
        </w:rPr>
        <w:t>Describe pain, allergies, and your medical history in simple English.</w:t>
      </w:r>
    </w:p>
    <w:p>
      <w:pPr>
        <w:spacing w:after="80" w:before="0"/>
      </w:pPr>
      <w:r>
        <w:rPr>
          <w:rFonts w:ascii="Arial" w:hAnsi="Arial" w:cs="Arial"/>
          <w:b/>
          <w:i w:val="0"/>
          <w:color w:val="5C8262"/>
          <w:sz w:val="25"/>
        </w:rPr>
        <w:t>Key phrases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4896"/>
            <w:shd w:val="clear" w:fill="EAF0EA"/>
          </w:tcPr>
          <w:p>
            <w:pPr>
              <w:spacing w:after="40" w:before="40"/>
            </w:pPr>
            <w:r/>
            <w:r>
              <w:rPr>
                <w:rFonts w:ascii="Arial" w:hAnsi="Arial" w:cs="Arial"/>
                <w:b/>
                <w:i w:val="0"/>
                <w:color w:val="5C8262"/>
                <w:sz w:val="20"/>
              </w:rPr>
              <w:t>English</w:t>
            </w:r>
          </w:p>
        </w:tc>
        <w:tc>
          <w:tcPr>
            <w:tcW w:type="dxa" w:w="4896"/>
            <w:shd w:val="clear" w:fill="EAF0EA"/>
          </w:tcPr>
          <w:p>
            <w:pPr>
              <w:spacing w:after="40" w:before="40"/>
            </w:pPr>
            <w:r/>
            <w:r>
              <w:rPr>
                <w:rFonts w:ascii="Arial" w:hAnsi="Arial" w:cs="Arial"/>
                <w:b/>
                <w:i w:val="0"/>
                <w:color w:val="5C8262"/>
                <w:sz w:val="20"/>
              </w:rPr>
              <w:t>Español</w:t>
            </w:r>
          </w:p>
        </w:tc>
      </w:tr>
      <w:tr>
        <w:tc>
          <w:tcPr>
            <w:tcW w:type="dxa" w:w="4896"/>
          </w:tcPr>
          <w:p>
            <w:pPr>
              <w:spacing w:after="40" w:before="40"/>
            </w:pPr>
            <w:r/>
            <w:r>
              <w:rPr>
                <w:rFonts w:ascii="Arial" w:hAnsi="Arial" w:cs="Arial"/>
                <w:b w:val="0"/>
                <w:i w:val="0"/>
                <w:color w:val="2B332C"/>
                <w:sz w:val="22"/>
              </w:rPr>
              <w:t>I don't feel well.</w:t>
            </w:r>
          </w:p>
        </w:tc>
        <w:tc>
          <w:tcPr>
            <w:tcW w:type="dxa" w:w="4896"/>
          </w:tcPr>
          <w:p>
            <w:pPr>
              <w:spacing w:after="40" w:before="40"/>
            </w:pPr>
            <w:r/>
            <w:r>
              <w:rPr>
                <w:rFonts w:ascii="Arial" w:hAnsi="Arial" w:cs="Arial"/>
                <w:b w:val="0"/>
                <w:i w:val="0"/>
                <w:color w:val="2B332C"/>
                <w:sz w:val="24"/>
              </w:rPr>
              <w:t>No me siento bien.</w:t>
            </w:r>
          </w:p>
        </w:tc>
      </w:tr>
      <w:tr>
        <w:tc>
          <w:tcPr>
            <w:tcW w:type="dxa" w:w="4896"/>
          </w:tcPr>
          <w:p>
            <w:pPr>
              <w:spacing w:after="40" w:before="40"/>
            </w:pPr>
            <w:r/>
            <w:r>
              <w:rPr>
                <w:rFonts w:ascii="Arial" w:hAnsi="Arial" w:cs="Arial"/>
                <w:b w:val="0"/>
                <w:i w:val="0"/>
                <w:color w:val="2B332C"/>
                <w:sz w:val="22"/>
              </w:rPr>
              <w:t>My head hurts.</w:t>
            </w:r>
          </w:p>
        </w:tc>
        <w:tc>
          <w:tcPr>
            <w:tcW w:type="dxa" w:w="4896"/>
          </w:tcPr>
          <w:p>
            <w:pPr>
              <w:spacing w:after="40" w:before="40"/>
            </w:pPr>
            <w:r/>
            <w:r>
              <w:rPr>
                <w:rFonts w:ascii="Arial" w:hAnsi="Arial" w:cs="Arial"/>
                <w:b w:val="0"/>
                <w:i w:val="0"/>
                <w:color w:val="2B332C"/>
                <w:sz w:val="24"/>
              </w:rPr>
              <w:t>Me duele la cabeza.</w:t>
            </w:r>
          </w:p>
        </w:tc>
      </w:tr>
      <w:tr>
        <w:tc>
          <w:tcPr>
            <w:tcW w:type="dxa" w:w="4896"/>
          </w:tcPr>
          <w:p>
            <w:pPr>
              <w:spacing w:after="40" w:before="40"/>
            </w:pPr>
            <w:r/>
            <w:r>
              <w:rPr>
                <w:rFonts w:ascii="Arial" w:hAnsi="Arial" w:cs="Arial"/>
                <w:b w:val="0"/>
                <w:i w:val="0"/>
                <w:color w:val="2B332C"/>
                <w:sz w:val="22"/>
              </w:rPr>
              <w:t>I'm allergic to peanuts.</w:t>
            </w:r>
          </w:p>
        </w:tc>
        <w:tc>
          <w:tcPr>
            <w:tcW w:type="dxa" w:w="4896"/>
          </w:tcPr>
          <w:p>
            <w:pPr>
              <w:spacing w:after="40" w:before="40"/>
            </w:pPr>
            <w:r/>
            <w:r>
              <w:rPr>
                <w:rFonts w:ascii="Arial" w:hAnsi="Arial" w:cs="Arial"/>
                <w:b w:val="0"/>
                <w:i w:val="0"/>
                <w:color w:val="2B332C"/>
                <w:sz w:val="24"/>
              </w:rPr>
              <w:t>Soy alérgico al maní.</w:t>
            </w:r>
          </w:p>
        </w:tc>
      </w:tr>
      <w:tr>
        <w:tc>
          <w:tcPr>
            <w:tcW w:type="dxa" w:w="4896"/>
          </w:tcPr>
          <w:p>
            <w:pPr>
              <w:spacing w:after="40" w:before="40"/>
            </w:pPr>
            <w:r/>
            <w:r>
              <w:rPr>
                <w:rFonts w:ascii="Arial" w:hAnsi="Arial" w:cs="Arial"/>
                <w:b w:val="0"/>
                <w:i w:val="0"/>
                <w:color w:val="2B332C"/>
                <w:sz w:val="22"/>
              </w:rPr>
              <w:t>I need to see a doctor.</w:t>
            </w:r>
          </w:p>
        </w:tc>
        <w:tc>
          <w:tcPr>
            <w:tcW w:type="dxa" w:w="4896"/>
          </w:tcPr>
          <w:p>
            <w:pPr>
              <w:spacing w:after="40" w:before="40"/>
            </w:pPr>
            <w:r/>
            <w:r>
              <w:rPr>
                <w:rFonts w:ascii="Arial" w:hAnsi="Arial" w:cs="Arial"/>
                <w:b w:val="0"/>
                <w:i w:val="0"/>
                <w:color w:val="2B332C"/>
                <w:sz w:val="24"/>
              </w:rPr>
              <w:t>Necesito ver a un médico.</w:t>
            </w:r>
          </w:p>
        </w:tc>
      </w:tr>
      <w:tr>
        <w:tc>
          <w:tcPr>
            <w:tcW w:type="dxa" w:w="4896"/>
          </w:tcPr>
          <w:p>
            <w:pPr>
              <w:spacing w:after="40" w:before="40"/>
            </w:pPr>
            <w:r/>
            <w:r>
              <w:rPr>
                <w:rFonts w:ascii="Arial" w:hAnsi="Arial" w:cs="Arial"/>
                <w:b w:val="0"/>
                <w:i w:val="0"/>
                <w:color w:val="2B332C"/>
                <w:sz w:val="22"/>
              </w:rPr>
              <w:t>Do I need medicine?</w:t>
            </w:r>
          </w:p>
        </w:tc>
        <w:tc>
          <w:tcPr>
            <w:tcW w:type="dxa" w:w="4896"/>
          </w:tcPr>
          <w:p>
            <w:pPr>
              <w:spacing w:after="40" w:before="40"/>
            </w:pPr>
            <w:r/>
            <w:r>
              <w:rPr>
                <w:rFonts w:ascii="Arial" w:hAnsi="Arial" w:cs="Arial"/>
                <w:b w:val="0"/>
                <w:i w:val="0"/>
                <w:color w:val="2B332C"/>
                <w:sz w:val="24"/>
              </w:rPr>
              <w:t>¿Necesito medicina?</w:t>
            </w:r>
          </w:p>
        </w:tc>
      </w:tr>
    </w:tbl>
    <w:p>
      <w:pPr>
        <w:spacing w:after="80" w:before="0"/>
      </w:pPr>
      <w:r>
        <w:rPr>
          <w:rFonts w:ascii="Arial" w:hAnsi="Arial" w:cs="Arial"/>
          <w:b/>
          <w:i w:val="0"/>
          <w:color w:val="5C8262"/>
          <w:sz w:val="25"/>
        </w:rPr>
        <w:t>Practice conversation</w:t>
      </w:r>
    </w:p>
    <w:p>
      <w:pPr>
        <w:spacing w:after="20" w:before="0"/>
      </w:pPr>
      <w:r>
        <w:rPr>
          <w:rFonts w:ascii="Arial" w:hAnsi="Arial" w:cs="Arial"/>
          <w:b/>
          <w:i w:val="0"/>
          <w:color w:val="2B332C"/>
          <w:sz w:val="22"/>
        </w:rPr>
        <w:t>A:  Hi, what brings you in today?</w:t>
      </w:r>
    </w:p>
    <w:p>
      <w:pPr>
        <w:spacing w:after="80" w:before="0"/>
      </w:pPr>
      <w:r>
        <w:rPr>
          <w:rFonts w:ascii="Arial" w:hAnsi="Arial" w:cs="Arial"/>
          <w:b w:val="0"/>
          <w:i w:val="0"/>
          <w:color w:val="6B746C"/>
          <w:sz w:val="21"/>
        </w:rPr>
        <w:t>Hola, ¿qué te trae hoy?</w:t>
      </w:r>
    </w:p>
    <w:p>
      <w:pPr>
        <w:spacing w:after="20" w:before="0"/>
      </w:pPr>
      <w:r>
        <w:rPr>
          <w:rFonts w:ascii="Arial" w:hAnsi="Arial" w:cs="Arial"/>
          <w:b w:val="0"/>
          <w:i w:val="0"/>
          <w:color w:val="2B332C"/>
          <w:sz w:val="22"/>
        </w:rPr>
        <w:t>B:  I don't feel well. My throat hurts.</w:t>
      </w:r>
    </w:p>
    <w:p>
      <w:pPr>
        <w:spacing w:after="80" w:before="0"/>
      </w:pPr>
      <w:r>
        <w:rPr>
          <w:rFonts w:ascii="Arial" w:hAnsi="Arial" w:cs="Arial"/>
          <w:b w:val="0"/>
          <w:i w:val="0"/>
          <w:color w:val="6B746C"/>
          <w:sz w:val="21"/>
        </w:rPr>
        <w:t>No me siento bien. Me duele la garganta.</w:t>
      </w:r>
    </w:p>
    <w:p>
      <w:pPr>
        <w:spacing w:after="20" w:before="0"/>
      </w:pPr>
      <w:r>
        <w:rPr>
          <w:rFonts w:ascii="Arial" w:hAnsi="Arial" w:cs="Arial"/>
          <w:b/>
          <w:i w:val="0"/>
          <w:color w:val="2B332C"/>
          <w:sz w:val="22"/>
        </w:rPr>
        <w:t>A:  How long have you felt this way?</w:t>
      </w:r>
    </w:p>
    <w:p>
      <w:pPr>
        <w:spacing w:after="80" w:before="0"/>
      </w:pPr>
      <w:r>
        <w:rPr>
          <w:rFonts w:ascii="Arial" w:hAnsi="Arial" w:cs="Arial"/>
          <w:b w:val="0"/>
          <w:i w:val="0"/>
          <w:color w:val="6B746C"/>
          <w:sz w:val="21"/>
        </w:rPr>
        <w:t>¿Hace cuánto te sientes así?</w:t>
      </w:r>
    </w:p>
    <w:p>
      <w:pPr>
        <w:spacing w:after="80" w:before="0"/>
      </w:pPr>
      <w:r>
        <w:rPr>
          <w:rFonts w:ascii="Arial" w:hAnsi="Arial" w:cs="Arial"/>
          <w:b/>
          <w:i w:val="0"/>
          <w:color w:val="5C8262"/>
          <w:sz w:val="25"/>
        </w:rPr>
        <w:t>Tips</w:t>
      </w:r>
    </w:p>
    <w:p>
      <w:pPr>
        <w:spacing w:after="20" w:before="0"/>
      </w:pPr>
      <w:r>
        <w:rPr>
          <w:rFonts w:ascii="Arial" w:hAnsi="Arial" w:cs="Arial"/>
          <w:b w:val="0"/>
          <w:i w:val="0"/>
          <w:color w:val="2B332C"/>
          <w:sz w:val="22"/>
        </w:rPr>
        <w:t>- You have the right to ask for a free interpreter at most clinics in the U.S.</w:t>
      </w:r>
    </w:p>
    <w:p>
      <w:pPr>
        <w:spacing w:after="80" w:before="0"/>
      </w:pPr>
      <w:r>
        <w:rPr>
          <w:rFonts w:ascii="Arial" w:hAnsi="Arial" w:cs="Arial"/>
          <w:b w:val="0"/>
          <w:i w:val="0"/>
          <w:color w:val="6B746C"/>
          <w:sz w:val="21"/>
        </w:rPr>
        <w:t>Tienes derecho a pedir un intérprete gratis en la mayoría de las clínicas en EE. UU.</w:t>
      </w:r>
    </w:p>
    <w:p>
      <w:pPr>
        <w:spacing w:after="20" w:before="0"/>
      </w:pPr>
      <w:r>
        <w:rPr>
          <w:rFonts w:ascii="Arial" w:hAnsi="Arial" w:cs="Arial"/>
          <w:b w:val="0"/>
          <w:i w:val="0"/>
          <w:color w:val="2B332C"/>
          <w:sz w:val="22"/>
        </w:rPr>
        <w:t>- Bring a list of any medicines you take, even on your phone.</w:t>
      </w:r>
    </w:p>
    <w:p>
      <w:pPr>
        <w:spacing w:after="80" w:before="0"/>
      </w:pPr>
      <w:r>
        <w:rPr>
          <w:rFonts w:ascii="Arial" w:hAnsi="Arial" w:cs="Arial"/>
          <w:b w:val="0"/>
          <w:i w:val="0"/>
          <w:color w:val="6B746C"/>
          <w:sz w:val="21"/>
        </w:rPr>
        <w:t>Lleva una lista de los medicamentos que tomas, incluso en tu teléfono.</w:t>
      </w:r>
    </w:p>
    <w:p>
      <w:pPr>
        <w:spacing w:after="20" w:before="0"/>
      </w:pPr>
      <w:r>
        <w:rPr>
          <w:rFonts w:ascii="Arial" w:hAnsi="Arial" w:cs="Arial"/>
          <w:b w:val="0"/>
          <w:i w:val="0"/>
          <w:color w:val="2B332C"/>
          <w:sz w:val="22"/>
        </w:rPr>
        <w:t>- Point to where it hurts if you don't know the word yet, that's okay.</w:t>
      </w:r>
    </w:p>
    <w:p>
      <w:pPr>
        <w:spacing w:after="80" w:before="0"/>
      </w:pPr>
      <w:r>
        <w:rPr>
          <w:rFonts w:ascii="Arial" w:hAnsi="Arial" w:cs="Arial"/>
          <w:b w:val="0"/>
          <w:i w:val="0"/>
          <w:color w:val="6B746C"/>
          <w:sz w:val="21"/>
        </w:rPr>
        <w:t>Señala dónde te duele si todavía no sabes la palabra, está bien.</w:t>
      </w:r>
    </w:p>
    <w:p>
      <w:pPr>
        <w:spacing w:after="80" w:before="0"/>
      </w:pPr>
      <w:r>
        <w:rPr>
          <w:rFonts w:ascii="Arial" w:hAnsi="Arial" w:cs="Arial"/>
          <w:b/>
          <w:i w:val="0"/>
          <w:color w:val="5C8262"/>
          <w:sz w:val="25"/>
        </w:rPr>
        <w:t>Your practice</w:t>
      </w:r>
    </w:p>
    <w:p>
      <w:pPr>
        <w:spacing w:after="120" w:before="0"/>
      </w:pPr>
      <w:r>
        <w:rPr>
          <w:rFonts w:ascii="Arial" w:hAnsi="Arial" w:cs="Arial"/>
          <w:b w:val="0"/>
          <w:i w:val="0"/>
          <w:color w:val="6B746C"/>
          <w:sz w:val="20"/>
        </w:rPr>
        <w:t>Write three sentences using the phrases above.</w:t>
      </w:r>
    </w:p>
    <w:p>
      <w:pPr>
        <w:spacing w:after="140" w:before="0"/>
      </w:pPr>
      <w:r>
        <w:rPr>
          <w:rFonts w:ascii="Arial" w:hAnsi="Arial" w:cs="Arial"/>
          <w:b w:val="0"/>
          <w:i w:val="0"/>
          <w:color w:val="6B746C"/>
          <w:sz w:val="22"/>
        </w:rPr>
        <w:t>________________________________________________________________________</w:t>
      </w:r>
    </w:p>
    <w:p>
      <w:pPr>
        <w:spacing w:after="140" w:before="0"/>
      </w:pPr>
      <w:r>
        <w:rPr>
          <w:rFonts w:ascii="Arial" w:hAnsi="Arial" w:cs="Arial"/>
          <w:b w:val="0"/>
          <w:i w:val="0"/>
          <w:color w:val="6B746C"/>
          <w:sz w:val="22"/>
        </w:rPr>
        <w:t>________________________________________________________________________</w:t>
      </w:r>
    </w:p>
    <w:p>
      <w:pPr>
        <w:spacing w:after="0" w:before="0"/>
      </w:pPr>
      <w:r>
        <w:rPr>
          <w:rFonts w:ascii="Arial" w:hAnsi="Arial" w:cs="Arial"/>
          <w:b w:val="0"/>
          <w:i w:val="0"/>
          <w:color w:val="6B746C"/>
          <w:sz w:val="22"/>
        </w:rPr>
        <w:t>________________________________________________________________________</w:t>
      </w:r>
    </w:p>
    <w:p>
      <w:r>
        <w:br w:type="page"/>
      </w:r>
    </w:p>
    <w:p>
      <w:pPr>
        <w:spacing w:after="40" w:before="0"/>
      </w:pPr>
      <w:r>
        <w:rPr>
          <w:rFonts w:ascii="Arial" w:hAnsi="Arial" w:cs="Arial"/>
          <w:b/>
          <w:i w:val="0"/>
          <w:color w:val="5C8262"/>
          <w:sz w:val="20"/>
        </w:rPr>
        <w:t>LESSON 04</w:t>
      </w:r>
    </w:p>
    <w:p>
      <w:pPr>
        <w:spacing w:after="60" w:before="0"/>
      </w:pPr>
      <w:r>
        <w:rPr>
          <w:rFonts w:ascii="Arial" w:hAnsi="Arial" w:cs="Arial"/>
          <w:b/>
          <w:i w:val="0"/>
          <w:color w:val="2B332C"/>
          <w:sz w:val="38"/>
        </w:rPr>
        <w:t>Ordering food</w:t>
      </w:r>
    </w:p>
    <w:p>
      <w:pPr>
        <w:spacing w:after="160" w:before="0"/>
      </w:pPr>
      <w:r>
        <w:rPr>
          <w:rFonts w:ascii="Arial" w:hAnsi="Arial" w:cs="Arial"/>
          <w:b w:val="0"/>
          <w:i w:val="0"/>
          <w:color w:val="6B746C"/>
          <w:sz w:val="21"/>
        </w:rPr>
        <w:t>Read a menu, order, ask about ingredients, and pay the bill.</w:t>
      </w:r>
    </w:p>
    <w:p>
      <w:pPr>
        <w:spacing w:after="80" w:before="0"/>
      </w:pPr>
      <w:r>
        <w:rPr>
          <w:rFonts w:ascii="Arial" w:hAnsi="Arial" w:cs="Arial"/>
          <w:b/>
          <w:i w:val="0"/>
          <w:color w:val="5C8262"/>
          <w:sz w:val="25"/>
        </w:rPr>
        <w:t>Key phrases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4896"/>
            <w:shd w:val="clear" w:fill="EAF0EA"/>
          </w:tcPr>
          <w:p>
            <w:pPr>
              <w:spacing w:after="40" w:before="40"/>
            </w:pPr>
            <w:r/>
            <w:r>
              <w:rPr>
                <w:rFonts w:ascii="Arial" w:hAnsi="Arial" w:cs="Arial"/>
                <w:b/>
                <w:i w:val="0"/>
                <w:color w:val="5C8262"/>
                <w:sz w:val="20"/>
              </w:rPr>
              <w:t>English</w:t>
            </w:r>
          </w:p>
        </w:tc>
        <w:tc>
          <w:tcPr>
            <w:tcW w:type="dxa" w:w="4896"/>
            <w:shd w:val="clear" w:fill="EAF0EA"/>
          </w:tcPr>
          <w:p>
            <w:pPr>
              <w:spacing w:after="40" w:before="40"/>
            </w:pPr>
            <w:r/>
            <w:r>
              <w:rPr>
                <w:rFonts w:ascii="Arial" w:hAnsi="Arial" w:cs="Arial"/>
                <w:b/>
                <w:i w:val="0"/>
                <w:color w:val="5C8262"/>
                <w:sz w:val="20"/>
              </w:rPr>
              <w:t>Español</w:t>
            </w:r>
          </w:p>
        </w:tc>
      </w:tr>
      <w:tr>
        <w:tc>
          <w:tcPr>
            <w:tcW w:type="dxa" w:w="4896"/>
          </w:tcPr>
          <w:p>
            <w:pPr>
              <w:spacing w:after="40" w:before="40"/>
            </w:pPr>
            <w:r/>
            <w:r>
              <w:rPr>
                <w:rFonts w:ascii="Arial" w:hAnsi="Arial" w:cs="Arial"/>
                <w:b w:val="0"/>
                <w:i w:val="0"/>
                <w:color w:val="2B332C"/>
                <w:sz w:val="22"/>
              </w:rPr>
              <w:t>Can I see the menu, please?</w:t>
            </w:r>
          </w:p>
        </w:tc>
        <w:tc>
          <w:tcPr>
            <w:tcW w:type="dxa" w:w="4896"/>
          </w:tcPr>
          <w:p>
            <w:pPr>
              <w:spacing w:after="40" w:before="40"/>
            </w:pPr>
            <w:r/>
            <w:r>
              <w:rPr>
                <w:rFonts w:ascii="Arial" w:hAnsi="Arial" w:cs="Arial"/>
                <w:b w:val="0"/>
                <w:i w:val="0"/>
                <w:color w:val="2B332C"/>
                <w:sz w:val="24"/>
              </w:rPr>
              <w:t>¿Puedo ver el menú, por favor?</w:t>
            </w:r>
          </w:p>
        </w:tc>
      </w:tr>
      <w:tr>
        <w:tc>
          <w:tcPr>
            <w:tcW w:type="dxa" w:w="4896"/>
          </w:tcPr>
          <w:p>
            <w:pPr>
              <w:spacing w:after="40" w:before="40"/>
            </w:pPr>
            <w:r/>
            <w:r>
              <w:rPr>
                <w:rFonts w:ascii="Arial" w:hAnsi="Arial" w:cs="Arial"/>
                <w:b w:val="0"/>
                <w:i w:val="0"/>
                <w:color w:val="2B332C"/>
                <w:sz w:val="22"/>
              </w:rPr>
              <w:t>I would like a glass of water.</w:t>
            </w:r>
          </w:p>
        </w:tc>
        <w:tc>
          <w:tcPr>
            <w:tcW w:type="dxa" w:w="4896"/>
          </w:tcPr>
          <w:p>
            <w:pPr>
              <w:spacing w:after="40" w:before="40"/>
            </w:pPr>
            <w:r/>
            <w:r>
              <w:rPr>
                <w:rFonts w:ascii="Arial" w:hAnsi="Arial" w:cs="Arial"/>
                <w:b w:val="0"/>
                <w:i w:val="0"/>
                <w:color w:val="2B332C"/>
                <w:sz w:val="24"/>
              </w:rPr>
              <w:t>Quisiera un vaso de agua.</w:t>
            </w:r>
          </w:p>
        </w:tc>
      </w:tr>
      <w:tr>
        <w:tc>
          <w:tcPr>
            <w:tcW w:type="dxa" w:w="4896"/>
          </w:tcPr>
          <w:p>
            <w:pPr>
              <w:spacing w:after="40" w:before="40"/>
            </w:pPr>
            <w:r/>
            <w:r>
              <w:rPr>
                <w:rFonts w:ascii="Arial" w:hAnsi="Arial" w:cs="Arial"/>
                <w:b w:val="0"/>
                <w:i w:val="0"/>
                <w:color w:val="2B332C"/>
                <w:sz w:val="22"/>
              </w:rPr>
              <w:t>Does this have meat?</w:t>
            </w:r>
          </w:p>
        </w:tc>
        <w:tc>
          <w:tcPr>
            <w:tcW w:type="dxa" w:w="4896"/>
          </w:tcPr>
          <w:p>
            <w:pPr>
              <w:spacing w:after="40" w:before="40"/>
            </w:pPr>
            <w:r/>
            <w:r>
              <w:rPr>
                <w:rFonts w:ascii="Arial" w:hAnsi="Arial" w:cs="Arial"/>
                <w:b w:val="0"/>
                <w:i w:val="0"/>
                <w:color w:val="2B332C"/>
                <w:sz w:val="24"/>
              </w:rPr>
              <w:t>¿Esto tiene carne?</w:t>
            </w:r>
          </w:p>
        </w:tc>
      </w:tr>
      <w:tr>
        <w:tc>
          <w:tcPr>
            <w:tcW w:type="dxa" w:w="4896"/>
          </w:tcPr>
          <w:p>
            <w:pPr>
              <w:spacing w:after="40" w:before="40"/>
            </w:pPr>
            <w:r/>
            <w:r>
              <w:rPr>
                <w:rFonts w:ascii="Arial" w:hAnsi="Arial" w:cs="Arial"/>
                <w:b w:val="0"/>
                <w:i w:val="0"/>
                <w:color w:val="2B332C"/>
                <w:sz w:val="22"/>
              </w:rPr>
              <w:t>The check, please.</w:t>
            </w:r>
          </w:p>
        </w:tc>
        <w:tc>
          <w:tcPr>
            <w:tcW w:type="dxa" w:w="4896"/>
          </w:tcPr>
          <w:p>
            <w:pPr>
              <w:spacing w:after="40" w:before="40"/>
            </w:pPr>
            <w:r/>
            <w:r>
              <w:rPr>
                <w:rFonts w:ascii="Arial" w:hAnsi="Arial" w:cs="Arial"/>
                <w:b w:val="0"/>
                <w:i w:val="0"/>
                <w:color w:val="2B332C"/>
                <w:sz w:val="24"/>
              </w:rPr>
              <w:t>La cuenta, por favor.</w:t>
            </w:r>
          </w:p>
        </w:tc>
      </w:tr>
    </w:tbl>
    <w:p>
      <w:pPr>
        <w:spacing w:after="80" w:before="0"/>
      </w:pPr>
      <w:r>
        <w:rPr>
          <w:rFonts w:ascii="Arial" w:hAnsi="Arial" w:cs="Arial"/>
          <w:b/>
          <w:i w:val="0"/>
          <w:color w:val="5C8262"/>
          <w:sz w:val="25"/>
        </w:rPr>
        <w:t>Tips</w:t>
      </w:r>
    </w:p>
    <w:p>
      <w:pPr>
        <w:spacing w:after="20" w:before="0"/>
      </w:pPr>
      <w:r>
        <w:rPr>
          <w:rFonts w:ascii="Arial" w:hAnsi="Arial" w:cs="Arial"/>
          <w:b w:val="0"/>
          <w:i w:val="0"/>
          <w:color w:val="2B332C"/>
          <w:sz w:val="22"/>
        </w:rPr>
        <w:t>- In the U.S., tipping 15–20% at sit-down restaurants is normal.</w:t>
      </w:r>
    </w:p>
    <w:p>
      <w:pPr>
        <w:spacing w:after="80" w:before="0"/>
      </w:pPr>
      <w:r>
        <w:rPr>
          <w:rFonts w:ascii="Arial" w:hAnsi="Arial" w:cs="Arial"/>
          <w:b w:val="0"/>
          <w:i w:val="0"/>
          <w:color w:val="6B746C"/>
          <w:sz w:val="21"/>
        </w:rPr>
        <w:t>En EE. UU., dejar una propina del 15–20% en restaurantes con mesero es normal.</w:t>
      </w:r>
    </w:p>
    <w:p>
      <w:pPr>
        <w:spacing w:after="20" w:before="0"/>
      </w:pPr>
      <w:r>
        <w:rPr>
          <w:rFonts w:ascii="Arial" w:hAnsi="Arial" w:cs="Arial"/>
          <w:b w:val="0"/>
          <w:i w:val="0"/>
          <w:color w:val="2B332C"/>
          <w:sz w:val="22"/>
        </w:rPr>
        <w:t>- Water and bread refills are usually free, just ask politely.</w:t>
      </w:r>
    </w:p>
    <w:p>
      <w:pPr>
        <w:spacing w:after="80" w:before="0"/>
      </w:pPr>
      <w:r>
        <w:rPr>
          <w:rFonts w:ascii="Arial" w:hAnsi="Arial" w:cs="Arial"/>
          <w:b w:val="0"/>
          <w:i w:val="0"/>
          <w:color w:val="6B746C"/>
          <w:sz w:val="21"/>
        </w:rPr>
        <w:t>El agua y el pan extra suelen ser gratis, solo pídelos con cortesía.</w:t>
      </w:r>
    </w:p>
    <w:p>
      <w:pPr>
        <w:spacing w:after="20" w:before="0"/>
      </w:pPr>
      <w:r>
        <w:rPr>
          <w:rFonts w:ascii="Arial" w:hAnsi="Arial" w:cs="Arial"/>
          <w:b w:val="0"/>
          <w:i w:val="0"/>
          <w:color w:val="2B332C"/>
          <w:sz w:val="22"/>
        </w:rPr>
        <w:t>- If something has an ingredient you can't eat, say 'I can't eat ___.'</w:t>
      </w:r>
    </w:p>
    <w:p>
      <w:pPr>
        <w:spacing w:after="80" w:before="0"/>
      </w:pPr>
      <w:r>
        <w:rPr>
          <w:rFonts w:ascii="Arial" w:hAnsi="Arial" w:cs="Arial"/>
          <w:b w:val="0"/>
          <w:i w:val="0"/>
          <w:color w:val="6B746C"/>
          <w:sz w:val="21"/>
        </w:rPr>
        <w:t>Si algo tiene un ingrediente que no puedes comer, di 'No puedo comer ___.'</w:t>
      </w:r>
    </w:p>
    <w:p>
      <w:pPr>
        <w:spacing w:after="80" w:before="0"/>
      </w:pPr>
      <w:r>
        <w:rPr>
          <w:rFonts w:ascii="Arial" w:hAnsi="Arial" w:cs="Arial"/>
          <w:b/>
          <w:i w:val="0"/>
          <w:color w:val="5C8262"/>
          <w:sz w:val="25"/>
        </w:rPr>
        <w:t>Your practice</w:t>
      </w:r>
    </w:p>
    <w:p>
      <w:pPr>
        <w:spacing w:after="120" w:before="0"/>
      </w:pPr>
      <w:r>
        <w:rPr>
          <w:rFonts w:ascii="Arial" w:hAnsi="Arial" w:cs="Arial"/>
          <w:b w:val="0"/>
          <w:i w:val="0"/>
          <w:color w:val="6B746C"/>
          <w:sz w:val="20"/>
        </w:rPr>
        <w:t>Write three sentences using the phrases above.</w:t>
      </w:r>
    </w:p>
    <w:p>
      <w:pPr>
        <w:spacing w:after="140" w:before="0"/>
      </w:pPr>
      <w:r>
        <w:rPr>
          <w:rFonts w:ascii="Arial" w:hAnsi="Arial" w:cs="Arial"/>
          <w:b w:val="0"/>
          <w:i w:val="0"/>
          <w:color w:val="6B746C"/>
          <w:sz w:val="22"/>
        </w:rPr>
        <w:t>________________________________________________________________________</w:t>
      </w:r>
    </w:p>
    <w:p>
      <w:pPr>
        <w:spacing w:after="140" w:before="0"/>
      </w:pPr>
      <w:r>
        <w:rPr>
          <w:rFonts w:ascii="Arial" w:hAnsi="Arial" w:cs="Arial"/>
          <w:b w:val="0"/>
          <w:i w:val="0"/>
          <w:color w:val="6B746C"/>
          <w:sz w:val="22"/>
        </w:rPr>
        <w:t>________________________________________________________________________</w:t>
      </w:r>
    </w:p>
    <w:p>
      <w:pPr>
        <w:spacing w:after="0" w:before="0"/>
      </w:pPr>
      <w:r>
        <w:rPr>
          <w:rFonts w:ascii="Arial" w:hAnsi="Arial" w:cs="Arial"/>
          <w:b w:val="0"/>
          <w:i w:val="0"/>
          <w:color w:val="6B746C"/>
          <w:sz w:val="22"/>
        </w:rPr>
        <w:t>________________________________________________________________________</w:t>
      </w:r>
    </w:p>
    <w:p>
      <w:r>
        <w:br w:type="page"/>
      </w:r>
    </w:p>
    <w:p>
      <w:pPr>
        <w:spacing w:after="40" w:before="0"/>
      </w:pPr>
      <w:r>
        <w:rPr>
          <w:rFonts w:ascii="Arial" w:hAnsi="Arial" w:cs="Arial"/>
          <w:b/>
          <w:i w:val="0"/>
          <w:color w:val="5C8262"/>
          <w:sz w:val="20"/>
        </w:rPr>
        <w:t>LESSON 05</w:t>
      </w:r>
    </w:p>
    <w:p>
      <w:pPr>
        <w:spacing w:after="60" w:before="0"/>
      </w:pPr>
      <w:r>
        <w:rPr>
          <w:rFonts w:ascii="Arial" w:hAnsi="Arial" w:cs="Arial"/>
          <w:b/>
          <w:i w:val="0"/>
          <w:color w:val="2B332C"/>
          <w:sz w:val="38"/>
        </w:rPr>
        <w:t>Asking for help</w:t>
      </w:r>
    </w:p>
    <w:p>
      <w:pPr>
        <w:spacing w:after="160" w:before="0"/>
      </w:pPr>
      <w:r>
        <w:rPr>
          <w:rFonts w:ascii="Arial" w:hAnsi="Arial" w:cs="Arial"/>
          <w:b w:val="0"/>
          <w:i w:val="0"/>
          <w:color w:val="6B746C"/>
          <w:sz w:val="21"/>
        </w:rPr>
        <w:t>Phrases that work on the street, in a store, or at a government office.</w:t>
      </w:r>
    </w:p>
    <w:p>
      <w:pPr>
        <w:spacing w:after="80" w:before="0"/>
      </w:pPr>
      <w:r>
        <w:rPr>
          <w:rFonts w:ascii="Arial" w:hAnsi="Arial" w:cs="Arial"/>
          <w:b/>
          <w:i w:val="0"/>
          <w:color w:val="5C8262"/>
          <w:sz w:val="25"/>
        </w:rPr>
        <w:t>Key phrases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4896"/>
            <w:shd w:val="clear" w:fill="EAF0EA"/>
          </w:tcPr>
          <w:p>
            <w:pPr>
              <w:spacing w:after="40" w:before="40"/>
            </w:pPr>
            <w:r/>
            <w:r>
              <w:rPr>
                <w:rFonts w:ascii="Arial" w:hAnsi="Arial" w:cs="Arial"/>
                <w:b/>
                <w:i w:val="0"/>
                <w:color w:val="5C8262"/>
                <w:sz w:val="20"/>
              </w:rPr>
              <w:t>English</w:t>
            </w:r>
          </w:p>
        </w:tc>
        <w:tc>
          <w:tcPr>
            <w:tcW w:type="dxa" w:w="4896"/>
            <w:shd w:val="clear" w:fill="EAF0EA"/>
          </w:tcPr>
          <w:p>
            <w:pPr>
              <w:spacing w:after="40" w:before="40"/>
            </w:pPr>
            <w:r/>
            <w:r>
              <w:rPr>
                <w:rFonts w:ascii="Arial" w:hAnsi="Arial" w:cs="Arial"/>
                <w:b/>
                <w:i w:val="0"/>
                <w:color w:val="5C8262"/>
                <w:sz w:val="20"/>
              </w:rPr>
              <w:t>Español</w:t>
            </w:r>
          </w:p>
        </w:tc>
      </w:tr>
      <w:tr>
        <w:tc>
          <w:tcPr>
            <w:tcW w:type="dxa" w:w="4896"/>
          </w:tcPr>
          <w:p>
            <w:pPr>
              <w:spacing w:after="40" w:before="40"/>
            </w:pPr>
            <w:r/>
            <w:r>
              <w:rPr>
                <w:rFonts w:ascii="Arial" w:hAnsi="Arial" w:cs="Arial"/>
                <w:b w:val="0"/>
                <w:i w:val="0"/>
                <w:color w:val="2B332C"/>
                <w:sz w:val="22"/>
              </w:rPr>
              <w:t>Excuse me, can you help me?</w:t>
            </w:r>
          </w:p>
        </w:tc>
        <w:tc>
          <w:tcPr>
            <w:tcW w:type="dxa" w:w="4896"/>
          </w:tcPr>
          <w:p>
            <w:pPr>
              <w:spacing w:after="40" w:before="40"/>
            </w:pPr>
            <w:r/>
            <w:r>
              <w:rPr>
                <w:rFonts w:ascii="Arial" w:hAnsi="Arial" w:cs="Arial"/>
                <w:b w:val="0"/>
                <w:i w:val="0"/>
                <w:color w:val="2B332C"/>
                <w:sz w:val="24"/>
              </w:rPr>
              <w:t>Disculpe, ¿puede ayudarme?</w:t>
            </w:r>
          </w:p>
        </w:tc>
      </w:tr>
      <w:tr>
        <w:tc>
          <w:tcPr>
            <w:tcW w:type="dxa" w:w="4896"/>
          </w:tcPr>
          <w:p>
            <w:pPr>
              <w:spacing w:after="40" w:before="40"/>
            </w:pPr>
            <w:r/>
            <w:r>
              <w:rPr>
                <w:rFonts w:ascii="Arial" w:hAnsi="Arial" w:cs="Arial"/>
                <w:b w:val="0"/>
                <w:i w:val="0"/>
                <w:color w:val="2B332C"/>
                <w:sz w:val="22"/>
              </w:rPr>
              <w:t>I am lost.</w:t>
            </w:r>
          </w:p>
        </w:tc>
        <w:tc>
          <w:tcPr>
            <w:tcW w:type="dxa" w:w="4896"/>
          </w:tcPr>
          <w:p>
            <w:pPr>
              <w:spacing w:after="40" w:before="40"/>
            </w:pPr>
            <w:r/>
            <w:r>
              <w:rPr>
                <w:rFonts w:ascii="Arial" w:hAnsi="Arial" w:cs="Arial"/>
                <w:b w:val="0"/>
                <w:i w:val="0"/>
                <w:color w:val="2B332C"/>
                <w:sz w:val="24"/>
              </w:rPr>
              <w:t>Estoy perdido.</w:t>
            </w:r>
          </w:p>
        </w:tc>
      </w:tr>
      <w:tr>
        <w:tc>
          <w:tcPr>
            <w:tcW w:type="dxa" w:w="4896"/>
          </w:tcPr>
          <w:p>
            <w:pPr>
              <w:spacing w:after="40" w:before="40"/>
            </w:pPr>
            <w:r/>
            <w:r>
              <w:rPr>
                <w:rFonts w:ascii="Arial" w:hAnsi="Arial" w:cs="Arial"/>
                <w:b w:val="0"/>
                <w:i w:val="0"/>
                <w:color w:val="2B332C"/>
                <w:sz w:val="22"/>
              </w:rPr>
              <w:t>How do I get to the bus stop?</w:t>
            </w:r>
          </w:p>
        </w:tc>
        <w:tc>
          <w:tcPr>
            <w:tcW w:type="dxa" w:w="4896"/>
          </w:tcPr>
          <w:p>
            <w:pPr>
              <w:spacing w:after="40" w:before="40"/>
            </w:pPr>
            <w:r/>
            <w:r>
              <w:rPr>
                <w:rFonts w:ascii="Arial" w:hAnsi="Arial" w:cs="Arial"/>
                <w:b w:val="0"/>
                <w:i w:val="0"/>
                <w:color w:val="2B332C"/>
                <w:sz w:val="24"/>
              </w:rPr>
              <w:t>¿Cómo llego a la parada del autobús?</w:t>
            </w:r>
          </w:p>
        </w:tc>
      </w:tr>
      <w:tr>
        <w:tc>
          <w:tcPr>
            <w:tcW w:type="dxa" w:w="4896"/>
          </w:tcPr>
          <w:p>
            <w:pPr>
              <w:spacing w:after="40" w:before="40"/>
            </w:pPr>
            <w:r/>
            <w:r>
              <w:rPr>
                <w:rFonts w:ascii="Arial" w:hAnsi="Arial" w:cs="Arial"/>
                <w:b w:val="0"/>
                <w:i w:val="0"/>
                <w:color w:val="2B332C"/>
                <w:sz w:val="22"/>
              </w:rPr>
              <w:t>Do you speak Spanish / Arabic / Dari / Pashto?</w:t>
            </w:r>
          </w:p>
        </w:tc>
        <w:tc>
          <w:tcPr>
            <w:tcW w:type="dxa" w:w="4896"/>
          </w:tcPr>
          <w:p>
            <w:pPr>
              <w:spacing w:after="40" w:before="40"/>
            </w:pPr>
            <w:r/>
            <w:r>
              <w:rPr>
                <w:rFonts w:ascii="Arial" w:hAnsi="Arial" w:cs="Arial"/>
                <w:b w:val="0"/>
                <w:i w:val="0"/>
                <w:color w:val="2B332C"/>
                <w:sz w:val="24"/>
              </w:rPr>
              <w:t>¿Habla español?</w:t>
            </w:r>
          </w:p>
        </w:tc>
      </w:tr>
    </w:tbl>
    <w:p>
      <w:pPr>
        <w:spacing w:after="80" w:before="0"/>
      </w:pPr>
      <w:r>
        <w:rPr>
          <w:rFonts w:ascii="Arial" w:hAnsi="Arial" w:cs="Arial"/>
          <w:b/>
          <w:i w:val="0"/>
          <w:color w:val="5C8262"/>
          <w:sz w:val="25"/>
        </w:rPr>
        <w:t>Tips</w:t>
      </w:r>
    </w:p>
    <w:p>
      <w:pPr>
        <w:spacing w:after="20" w:before="0"/>
      </w:pPr>
      <w:r>
        <w:rPr>
          <w:rFonts w:ascii="Arial" w:hAnsi="Arial" w:cs="Arial"/>
          <w:b w:val="0"/>
          <w:i w:val="0"/>
          <w:color w:val="2B332C"/>
          <w:sz w:val="22"/>
        </w:rPr>
        <w:t>- In an emergency, dial 911, operators can connect a free translator.</w:t>
      </w:r>
    </w:p>
    <w:p>
      <w:pPr>
        <w:spacing w:after="80" w:before="0"/>
      </w:pPr>
      <w:r>
        <w:rPr>
          <w:rFonts w:ascii="Arial" w:hAnsi="Arial" w:cs="Arial"/>
          <w:b w:val="0"/>
          <w:i w:val="0"/>
          <w:color w:val="6B746C"/>
          <w:sz w:val="21"/>
        </w:rPr>
        <w:t>En una emergencia, marca 911, los operadores pueden conectarte con un traductor gratis.</w:t>
      </w:r>
    </w:p>
    <w:p>
      <w:pPr>
        <w:spacing w:after="20" w:before="0"/>
      </w:pPr>
      <w:r>
        <w:rPr>
          <w:rFonts w:ascii="Arial" w:hAnsi="Arial" w:cs="Arial"/>
          <w:b w:val="0"/>
          <w:i w:val="0"/>
          <w:color w:val="2B332C"/>
          <w:sz w:val="22"/>
        </w:rPr>
        <w:t>- Most libraries offer free help with forms, internet, and even ESL classes.</w:t>
      </w:r>
    </w:p>
    <w:p>
      <w:pPr>
        <w:spacing w:after="80" w:before="0"/>
      </w:pPr>
      <w:r>
        <w:rPr>
          <w:rFonts w:ascii="Arial" w:hAnsi="Arial" w:cs="Arial"/>
          <w:b w:val="0"/>
          <w:i w:val="0"/>
          <w:color w:val="6B746C"/>
          <w:sz w:val="21"/>
        </w:rPr>
        <w:t>La mayoría de las bibliotecas ofrecen ayuda gratis con formularios, internet e incluso clases de inglés.</w:t>
      </w:r>
    </w:p>
    <w:p>
      <w:pPr>
        <w:spacing w:after="20" w:before="0"/>
      </w:pPr>
      <w:r>
        <w:rPr>
          <w:rFonts w:ascii="Arial" w:hAnsi="Arial" w:cs="Arial"/>
          <w:b w:val="0"/>
          <w:i w:val="0"/>
          <w:color w:val="2B332C"/>
          <w:sz w:val="22"/>
        </w:rPr>
        <w:t>- Saying 'please' and 'thank you' goes a long way in any conversation.</w:t>
      </w:r>
    </w:p>
    <w:p>
      <w:pPr>
        <w:spacing w:after="80" w:before="0"/>
      </w:pPr>
      <w:r>
        <w:rPr>
          <w:rFonts w:ascii="Arial" w:hAnsi="Arial" w:cs="Arial"/>
          <w:b w:val="0"/>
          <w:i w:val="0"/>
          <w:color w:val="6B746C"/>
          <w:sz w:val="21"/>
        </w:rPr>
        <w:t>Decir 'por favor' y 'gracias' ayuda mucho en cualquier conversación.</w:t>
      </w:r>
    </w:p>
    <w:p>
      <w:pPr>
        <w:spacing w:after="80" w:before="0"/>
      </w:pPr>
      <w:r>
        <w:rPr>
          <w:rFonts w:ascii="Arial" w:hAnsi="Arial" w:cs="Arial"/>
          <w:b/>
          <w:i w:val="0"/>
          <w:color w:val="5C8262"/>
          <w:sz w:val="25"/>
        </w:rPr>
        <w:t>Your practice</w:t>
      </w:r>
    </w:p>
    <w:p>
      <w:pPr>
        <w:spacing w:after="120" w:before="0"/>
      </w:pPr>
      <w:r>
        <w:rPr>
          <w:rFonts w:ascii="Arial" w:hAnsi="Arial" w:cs="Arial"/>
          <w:b w:val="0"/>
          <w:i w:val="0"/>
          <w:color w:val="6B746C"/>
          <w:sz w:val="20"/>
        </w:rPr>
        <w:t>Write three sentences using the phrases above.</w:t>
      </w:r>
    </w:p>
    <w:p>
      <w:pPr>
        <w:spacing w:after="140" w:before="0"/>
      </w:pPr>
      <w:r>
        <w:rPr>
          <w:rFonts w:ascii="Arial" w:hAnsi="Arial" w:cs="Arial"/>
          <w:b w:val="0"/>
          <w:i w:val="0"/>
          <w:color w:val="6B746C"/>
          <w:sz w:val="22"/>
        </w:rPr>
        <w:t>________________________________________________________________________</w:t>
      </w:r>
    </w:p>
    <w:p>
      <w:pPr>
        <w:spacing w:after="140" w:before="0"/>
      </w:pPr>
      <w:r>
        <w:rPr>
          <w:rFonts w:ascii="Arial" w:hAnsi="Arial" w:cs="Arial"/>
          <w:b w:val="0"/>
          <w:i w:val="0"/>
          <w:color w:val="6B746C"/>
          <w:sz w:val="22"/>
        </w:rPr>
        <w:t>________________________________________________________________________</w:t>
      </w:r>
    </w:p>
    <w:p>
      <w:pPr>
        <w:spacing w:after="0" w:before="0"/>
      </w:pPr>
      <w:r>
        <w:rPr>
          <w:rFonts w:ascii="Arial" w:hAnsi="Arial" w:cs="Arial"/>
          <w:b w:val="0"/>
          <w:i w:val="0"/>
          <w:color w:val="6B746C"/>
          <w:sz w:val="22"/>
        </w:rPr>
        <w:t>________________________________________________________________________</w:t>
      </w:r>
    </w:p>
    <w:p>
      <w:r>
        <w:br w:type="page"/>
      </w:r>
    </w:p>
    <w:p>
      <w:pPr>
        <w:spacing w:after="40" w:before="0"/>
      </w:pPr>
      <w:r>
        <w:rPr>
          <w:rFonts w:ascii="Arial" w:hAnsi="Arial" w:cs="Arial"/>
          <w:b/>
          <w:i w:val="0"/>
          <w:color w:val="5C8262"/>
          <w:sz w:val="20"/>
        </w:rPr>
        <w:t>LESSON 06</w:t>
      </w:r>
    </w:p>
    <w:p>
      <w:pPr>
        <w:spacing w:after="60" w:before="0"/>
      </w:pPr>
      <w:r>
        <w:rPr>
          <w:rFonts w:ascii="Arial" w:hAnsi="Arial" w:cs="Arial"/>
          <w:b/>
          <w:i w:val="0"/>
          <w:color w:val="2B332C"/>
          <w:sz w:val="38"/>
        </w:rPr>
        <w:t>Making friends</w:t>
      </w:r>
    </w:p>
    <w:p>
      <w:pPr>
        <w:spacing w:after="160" w:before="0"/>
      </w:pPr>
      <w:r>
        <w:rPr>
          <w:rFonts w:ascii="Arial" w:hAnsi="Arial" w:cs="Arial"/>
          <w:b w:val="0"/>
          <w:i w:val="0"/>
          <w:color w:val="6B746C"/>
          <w:sz w:val="21"/>
        </w:rPr>
        <w:t>Small talk, invitations, and getting to know people in a new place.</w:t>
      </w:r>
    </w:p>
    <w:p>
      <w:pPr>
        <w:spacing w:after="80" w:before="0"/>
      </w:pPr>
      <w:r>
        <w:rPr>
          <w:rFonts w:ascii="Arial" w:hAnsi="Arial" w:cs="Arial"/>
          <w:b/>
          <w:i w:val="0"/>
          <w:color w:val="5C8262"/>
          <w:sz w:val="25"/>
        </w:rPr>
        <w:t>Key phrases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4896"/>
            <w:shd w:val="clear" w:fill="EAF0EA"/>
          </w:tcPr>
          <w:p>
            <w:pPr>
              <w:spacing w:after="40" w:before="40"/>
            </w:pPr>
            <w:r/>
            <w:r>
              <w:rPr>
                <w:rFonts w:ascii="Arial" w:hAnsi="Arial" w:cs="Arial"/>
                <w:b/>
                <w:i w:val="0"/>
                <w:color w:val="5C8262"/>
                <w:sz w:val="20"/>
              </w:rPr>
              <w:t>English</w:t>
            </w:r>
          </w:p>
        </w:tc>
        <w:tc>
          <w:tcPr>
            <w:tcW w:type="dxa" w:w="4896"/>
            <w:shd w:val="clear" w:fill="EAF0EA"/>
          </w:tcPr>
          <w:p>
            <w:pPr>
              <w:spacing w:after="40" w:before="40"/>
            </w:pPr>
            <w:r/>
            <w:r>
              <w:rPr>
                <w:rFonts w:ascii="Arial" w:hAnsi="Arial" w:cs="Arial"/>
                <w:b/>
                <w:i w:val="0"/>
                <w:color w:val="5C8262"/>
                <w:sz w:val="20"/>
              </w:rPr>
              <w:t>Español</w:t>
            </w:r>
          </w:p>
        </w:tc>
      </w:tr>
      <w:tr>
        <w:tc>
          <w:tcPr>
            <w:tcW w:type="dxa" w:w="4896"/>
          </w:tcPr>
          <w:p>
            <w:pPr>
              <w:spacing w:after="40" w:before="40"/>
            </w:pPr>
            <w:r/>
            <w:r>
              <w:rPr>
                <w:rFonts w:ascii="Arial" w:hAnsi="Arial" w:cs="Arial"/>
                <w:b w:val="0"/>
                <w:i w:val="0"/>
                <w:color w:val="2B332C"/>
                <w:sz w:val="22"/>
              </w:rPr>
              <w:t>What do you like to do for fun?</w:t>
            </w:r>
          </w:p>
        </w:tc>
        <w:tc>
          <w:tcPr>
            <w:tcW w:type="dxa" w:w="4896"/>
          </w:tcPr>
          <w:p>
            <w:pPr>
              <w:spacing w:after="40" w:before="40"/>
            </w:pPr>
            <w:r/>
            <w:r>
              <w:rPr>
                <w:rFonts w:ascii="Arial" w:hAnsi="Arial" w:cs="Arial"/>
                <w:b w:val="0"/>
                <w:i w:val="0"/>
                <w:color w:val="2B332C"/>
                <w:sz w:val="24"/>
              </w:rPr>
              <w:t>¿Qué te gusta hacer para divertirte?</w:t>
            </w:r>
          </w:p>
        </w:tc>
      </w:tr>
      <w:tr>
        <w:tc>
          <w:tcPr>
            <w:tcW w:type="dxa" w:w="4896"/>
          </w:tcPr>
          <w:p>
            <w:pPr>
              <w:spacing w:after="40" w:before="40"/>
            </w:pPr>
            <w:r/>
            <w:r>
              <w:rPr>
                <w:rFonts w:ascii="Arial" w:hAnsi="Arial" w:cs="Arial"/>
                <w:b w:val="0"/>
                <w:i w:val="0"/>
                <w:color w:val="2B332C"/>
                <w:sz w:val="22"/>
              </w:rPr>
              <w:t>Do you want to sit with me at lunch?</w:t>
            </w:r>
          </w:p>
        </w:tc>
        <w:tc>
          <w:tcPr>
            <w:tcW w:type="dxa" w:w="4896"/>
          </w:tcPr>
          <w:p>
            <w:pPr>
              <w:spacing w:after="40" w:before="40"/>
            </w:pPr>
            <w:r/>
            <w:r>
              <w:rPr>
                <w:rFonts w:ascii="Arial" w:hAnsi="Arial" w:cs="Arial"/>
                <w:b w:val="0"/>
                <w:i w:val="0"/>
                <w:color w:val="2B332C"/>
                <w:sz w:val="24"/>
              </w:rPr>
              <w:t>¿Quieres sentarte conmigo en el almuerzo?</w:t>
            </w:r>
          </w:p>
        </w:tc>
      </w:tr>
      <w:tr>
        <w:tc>
          <w:tcPr>
            <w:tcW w:type="dxa" w:w="4896"/>
          </w:tcPr>
          <w:p>
            <w:pPr>
              <w:spacing w:after="40" w:before="40"/>
            </w:pPr>
            <w:r/>
            <w:r>
              <w:rPr>
                <w:rFonts w:ascii="Arial" w:hAnsi="Arial" w:cs="Arial"/>
                <w:b w:val="0"/>
                <w:i w:val="0"/>
                <w:color w:val="2B332C"/>
                <w:sz w:val="22"/>
              </w:rPr>
              <w:t>Where are you from originally?</w:t>
            </w:r>
          </w:p>
        </w:tc>
        <w:tc>
          <w:tcPr>
            <w:tcW w:type="dxa" w:w="4896"/>
          </w:tcPr>
          <w:p>
            <w:pPr>
              <w:spacing w:after="40" w:before="40"/>
            </w:pPr>
            <w:r/>
            <w:r>
              <w:rPr>
                <w:rFonts w:ascii="Arial" w:hAnsi="Arial" w:cs="Arial"/>
                <w:b w:val="0"/>
                <w:i w:val="0"/>
                <w:color w:val="2B332C"/>
                <w:sz w:val="24"/>
              </w:rPr>
              <w:t>¿De dónde eres originalmente?</w:t>
            </w:r>
          </w:p>
        </w:tc>
      </w:tr>
      <w:tr>
        <w:tc>
          <w:tcPr>
            <w:tcW w:type="dxa" w:w="4896"/>
          </w:tcPr>
          <w:p>
            <w:pPr>
              <w:spacing w:after="40" w:before="40"/>
            </w:pPr>
            <w:r/>
            <w:r>
              <w:rPr>
                <w:rFonts w:ascii="Arial" w:hAnsi="Arial" w:cs="Arial"/>
                <w:b w:val="0"/>
                <w:i w:val="0"/>
                <w:color w:val="2B332C"/>
                <w:sz w:val="22"/>
              </w:rPr>
              <w:t>Can I have your number?</w:t>
            </w:r>
          </w:p>
        </w:tc>
        <w:tc>
          <w:tcPr>
            <w:tcW w:type="dxa" w:w="4896"/>
          </w:tcPr>
          <w:p>
            <w:pPr>
              <w:spacing w:after="40" w:before="40"/>
            </w:pPr>
            <w:r/>
            <w:r>
              <w:rPr>
                <w:rFonts w:ascii="Arial" w:hAnsi="Arial" w:cs="Arial"/>
                <w:b w:val="0"/>
                <w:i w:val="0"/>
                <w:color w:val="2B332C"/>
                <w:sz w:val="24"/>
              </w:rPr>
              <w:t>¿Me das tu número?</w:t>
            </w:r>
          </w:p>
        </w:tc>
      </w:tr>
    </w:tbl>
    <w:p>
      <w:pPr>
        <w:spacing w:after="80" w:before="0"/>
      </w:pPr>
      <w:r>
        <w:rPr>
          <w:rFonts w:ascii="Arial" w:hAnsi="Arial" w:cs="Arial"/>
          <w:b/>
          <w:i w:val="0"/>
          <w:color w:val="5C8262"/>
          <w:sz w:val="25"/>
        </w:rPr>
        <w:t>Tips</w:t>
      </w:r>
    </w:p>
    <w:p>
      <w:pPr>
        <w:spacing w:after="20" w:before="0"/>
      </w:pPr>
      <w:r>
        <w:rPr>
          <w:rFonts w:ascii="Arial" w:hAnsi="Arial" w:cs="Arial"/>
          <w:b w:val="0"/>
          <w:i w:val="0"/>
          <w:color w:val="2B332C"/>
          <w:sz w:val="22"/>
        </w:rPr>
        <w:t>- Clubs, sports, and after-school programs are the easiest way to meet people.</w:t>
      </w:r>
    </w:p>
    <w:p>
      <w:pPr>
        <w:spacing w:after="80" w:before="0"/>
      </w:pPr>
      <w:r>
        <w:rPr>
          <w:rFonts w:ascii="Arial" w:hAnsi="Arial" w:cs="Arial"/>
          <w:b w:val="0"/>
          <w:i w:val="0"/>
          <w:color w:val="6B746C"/>
          <w:sz w:val="21"/>
        </w:rPr>
        <w:t>Los clubes, deportes y programas extraescolares son la forma más fácil de conocer gente.</w:t>
      </w:r>
    </w:p>
    <w:p>
      <w:pPr>
        <w:spacing w:after="20" w:before="0"/>
      </w:pPr>
      <w:r>
        <w:rPr>
          <w:rFonts w:ascii="Arial" w:hAnsi="Arial" w:cs="Arial"/>
          <w:b w:val="0"/>
          <w:i w:val="0"/>
          <w:color w:val="2B332C"/>
          <w:sz w:val="22"/>
        </w:rPr>
        <w:t>- It's okay to share your culture, people are usually curious, not judging.</w:t>
      </w:r>
    </w:p>
    <w:p>
      <w:pPr>
        <w:spacing w:after="80" w:before="0"/>
      </w:pPr>
      <w:r>
        <w:rPr>
          <w:rFonts w:ascii="Arial" w:hAnsi="Arial" w:cs="Arial"/>
          <w:b w:val="0"/>
          <w:i w:val="0"/>
          <w:color w:val="6B746C"/>
          <w:sz w:val="21"/>
        </w:rPr>
        <w:t>Está bien compartir tu cultura, la gente suele tener curiosidad, no juzgar.</w:t>
      </w:r>
    </w:p>
    <w:p>
      <w:pPr>
        <w:spacing w:after="20" w:before="0"/>
      </w:pPr>
      <w:r>
        <w:rPr>
          <w:rFonts w:ascii="Arial" w:hAnsi="Arial" w:cs="Arial"/>
          <w:b w:val="0"/>
          <w:i w:val="0"/>
          <w:color w:val="2B332C"/>
          <w:sz w:val="22"/>
        </w:rPr>
        <w:t>- If a conversation feels uncomfortable, you can always say 'I have to go.'</w:t>
      </w:r>
    </w:p>
    <w:p>
      <w:pPr>
        <w:spacing w:after="80" w:before="0"/>
      </w:pPr>
      <w:r>
        <w:rPr>
          <w:rFonts w:ascii="Arial" w:hAnsi="Arial" w:cs="Arial"/>
          <w:b w:val="0"/>
          <w:i w:val="0"/>
          <w:color w:val="6B746C"/>
          <w:sz w:val="21"/>
        </w:rPr>
        <w:t>Si una conversación te incomoda, siempre puedes decir 'Tengo que irme.'</w:t>
      </w:r>
    </w:p>
    <w:p>
      <w:pPr>
        <w:spacing w:after="80" w:before="0"/>
      </w:pPr>
      <w:r>
        <w:rPr>
          <w:rFonts w:ascii="Arial" w:hAnsi="Arial" w:cs="Arial"/>
          <w:b/>
          <w:i w:val="0"/>
          <w:color w:val="5C8262"/>
          <w:sz w:val="25"/>
        </w:rPr>
        <w:t>Your practice</w:t>
      </w:r>
    </w:p>
    <w:p>
      <w:pPr>
        <w:spacing w:after="120" w:before="0"/>
      </w:pPr>
      <w:r>
        <w:rPr>
          <w:rFonts w:ascii="Arial" w:hAnsi="Arial" w:cs="Arial"/>
          <w:b w:val="0"/>
          <w:i w:val="0"/>
          <w:color w:val="6B746C"/>
          <w:sz w:val="20"/>
        </w:rPr>
        <w:t>Write three sentences using the phrases above.</w:t>
      </w:r>
    </w:p>
    <w:p>
      <w:pPr>
        <w:spacing w:after="140" w:before="0"/>
      </w:pPr>
      <w:r>
        <w:rPr>
          <w:rFonts w:ascii="Arial" w:hAnsi="Arial" w:cs="Arial"/>
          <w:b w:val="0"/>
          <w:i w:val="0"/>
          <w:color w:val="6B746C"/>
          <w:sz w:val="22"/>
        </w:rPr>
        <w:t>________________________________________________________________________</w:t>
      </w:r>
    </w:p>
    <w:p>
      <w:pPr>
        <w:spacing w:after="140" w:before="0"/>
      </w:pPr>
      <w:r>
        <w:rPr>
          <w:rFonts w:ascii="Arial" w:hAnsi="Arial" w:cs="Arial"/>
          <w:b w:val="0"/>
          <w:i w:val="0"/>
          <w:color w:val="6B746C"/>
          <w:sz w:val="22"/>
        </w:rPr>
        <w:t>________________________________________________________________________</w:t>
      </w:r>
    </w:p>
    <w:p>
      <w:pPr>
        <w:spacing w:after="0" w:before="0"/>
      </w:pPr>
      <w:r>
        <w:rPr>
          <w:rFonts w:ascii="Arial" w:hAnsi="Arial" w:cs="Arial"/>
          <w:b w:val="0"/>
          <w:i w:val="0"/>
          <w:color w:val="6B746C"/>
          <w:sz w:val="22"/>
        </w:rPr>
        <w:t>________________________________________________________________________</w:t>
      </w:r>
    </w:p>
    <w:sectPr w:rsidR="00FC693F" w:rsidRPr="0006063C" w:rsidSect="00034616">
      <w:pgSz w:w="12240" w:h="15840"/>
      <w:pgMar w:top="1008" w:right="1008" w:bottom="1008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